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083F" w14:textId="77777777" w:rsidR="00025205" w:rsidRPr="00502E1A" w:rsidRDefault="00000000" w:rsidP="00502E1A">
      <w:pPr>
        <w:spacing w:after="40"/>
        <w:jc w:val="center"/>
        <w:rPr>
          <w:sz w:val="32"/>
          <w:szCs w:val="32"/>
        </w:rPr>
      </w:pPr>
      <w:r w:rsidRPr="00502E1A">
        <w:rPr>
          <w:rFonts w:ascii="Arial" w:hAnsi="Arial"/>
          <w:b/>
          <w:color w:val="1A365D"/>
          <w:sz w:val="36"/>
          <w:szCs w:val="32"/>
        </w:rPr>
        <w:t>37. Szegedi Nemzetközi Biblikus Konferencia — Időbeosztás</w:t>
      </w:r>
    </w:p>
    <w:p w14:paraId="76303D23" w14:textId="0EFC7555" w:rsidR="00025205" w:rsidRDefault="00000000" w:rsidP="00D47C29">
      <w:pPr>
        <w:spacing w:after="160"/>
        <w:jc w:val="center"/>
        <w:rPr>
          <w:rFonts w:ascii="Arial" w:hAnsi="Arial"/>
          <w:i/>
          <w:color w:val="4A5568"/>
          <w:sz w:val="21"/>
          <w:szCs w:val="32"/>
        </w:rPr>
      </w:pPr>
      <w:r w:rsidRPr="00502E1A">
        <w:rPr>
          <w:rFonts w:ascii="Arial" w:hAnsi="Arial"/>
          <w:i/>
          <w:color w:val="4A5568"/>
          <w:sz w:val="21"/>
          <w:szCs w:val="32"/>
        </w:rPr>
        <w:t xml:space="preserve">Helyszín: Szeged, GFE, Dóm tér 6. | Időpont: 2026. augusztus 25–27. </w:t>
      </w:r>
    </w:p>
    <w:p w14:paraId="2AC4EAEA" w14:textId="77777777" w:rsidR="00D47C29" w:rsidRDefault="00D47C29" w:rsidP="00D47C29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F08A427" w14:textId="3CEB2E37" w:rsidR="00D47C29" w:rsidRDefault="00D47C29" w:rsidP="00D47C29">
      <w:pPr>
        <w:pStyle w:val="Norm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>Védnökök:</w:t>
      </w:r>
      <w:r>
        <w:rPr>
          <w:rFonts w:ascii="Arial" w:hAnsi="Arial" w:cs="Arial"/>
          <w:color w:val="000000"/>
          <w:sz w:val="22"/>
          <w:szCs w:val="22"/>
        </w:rPr>
        <w:t xml:space="preserve"> Dr. Kiss-Rigó László</w:t>
      </w:r>
      <w:r w:rsidR="00DF7DC7">
        <w:rPr>
          <w:rFonts w:ascii="Arial" w:hAnsi="Arial" w:cs="Arial"/>
          <w:color w:val="000000"/>
          <w:sz w:val="22"/>
          <w:szCs w:val="22"/>
        </w:rPr>
        <w:t>, 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F7DC7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zeged-</w:t>
      </w:r>
      <w:r w:rsidR="00DF7DC7">
        <w:rPr>
          <w:rFonts w:ascii="Arial" w:hAnsi="Arial" w:cs="Arial"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</w:rPr>
        <w:t xml:space="preserve">sanádi </w:t>
      </w:r>
      <w:proofErr w:type="spellStart"/>
      <w:r w:rsidR="00DF7DC7">
        <w:rPr>
          <w:rFonts w:ascii="Arial" w:hAnsi="Arial" w:cs="Arial"/>
          <w:color w:val="000000"/>
          <w:sz w:val="22"/>
          <w:szCs w:val="22"/>
        </w:rPr>
        <w:t>Egyházmegye</w:t>
      </w:r>
      <w:proofErr w:type="spellEnd"/>
      <w:r w:rsidR="00DF7DC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megyéspüspök</w:t>
      </w:r>
      <w:r w:rsidR="00DF7DC7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Dr.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Martos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Levente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Balázs</w:t>
      </w:r>
      <w:proofErr w:type="spellEnd"/>
      <w:r w:rsidR="00DF7DC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DF7DC7">
        <w:rPr>
          <w:rFonts w:ascii="Arial" w:hAnsi="Arial" w:cs="Arial"/>
          <w:color w:val="000000"/>
          <w:sz w:val="22"/>
          <w:szCs w:val="22"/>
        </w:rPr>
        <w:t>az</w:t>
      </w:r>
      <w:proofErr w:type="spellEnd"/>
      <w:r w:rsidR="00DF7DC7">
        <w:rPr>
          <w:rFonts w:ascii="Arial" w:hAnsi="Arial" w:cs="Arial"/>
          <w:color w:val="000000"/>
          <w:sz w:val="22"/>
          <w:szCs w:val="22"/>
        </w:rPr>
        <w:t xml:space="preserve"> E</w:t>
      </w:r>
      <w:r>
        <w:rPr>
          <w:rFonts w:ascii="Arial" w:hAnsi="Arial" w:cs="Arial"/>
          <w:color w:val="000000"/>
          <w:sz w:val="22"/>
          <w:szCs w:val="22"/>
        </w:rPr>
        <w:t>sztergom</w:t>
      </w:r>
      <w:r w:rsidR="00DF7DC7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="00DF7DC7">
        <w:rPr>
          <w:rFonts w:ascii="Arial" w:hAnsi="Arial" w:cs="Arial"/>
          <w:color w:val="000000"/>
          <w:sz w:val="22"/>
          <w:szCs w:val="22"/>
        </w:rPr>
        <w:t>Budapesti</w:t>
      </w:r>
      <w:proofErr w:type="spellEnd"/>
      <w:r w:rsidR="00DF7DC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DF7DC7">
        <w:rPr>
          <w:rFonts w:ascii="Arial" w:hAnsi="Arial" w:cs="Arial"/>
          <w:color w:val="000000"/>
          <w:sz w:val="22"/>
          <w:szCs w:val="22"/>
        </w:rPr>
        <w:t>Főegyházmegye</w:t>
      </w:r>
      <w:proofErr w:type="spellEnd"/>
      <w:r w:rsidR="00DF7DC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segédpüspök</w:t>
      </w:r>
      <w:r w:rsidR="00DF7DC7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Prof. Dr. Szuromi Szabolcs emeritus rektor (PPKE), Prof. Dr. Martin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Meiser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az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Universität des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Saarlandes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emeritus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professzora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Prof. Dr. Kocsis Imre</w:t>
      </w:r>
      <w:r w:rsidR="00E33F66">
        <w:rPr>
          <w:rFonts w:ascii="Arial" w:hAnsi="Arial" w:cs="Arial"/>
          <w:color w:val="000000"/>
          <w:sz w:val="22"/>
          <w:szCs w:val="22"/>
        </w:rPr>
        <w:t xml:space="preserve">,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Pázmány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Péter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Katolikus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Egyetem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tanszékvezető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professzora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Dr. Janka Ferenc</w:t>
      </w:r>
      <w:r w:rsidR="00E33F66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33F66">
        <w:rPr>
          <w:rFonts w:ascii="Arial" w:hAnsi="Arial" w:cs="Arial"/>
          <w:color w:val="000000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Gál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Ferenc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Egyetem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rektorhelyettese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Prof. Dr.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Pecsuk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Ottó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az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Ökumenikus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Bibliatársulat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elnöke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Pro</w:t>
      </w:r>
      <w:r w:rsidR="00E33F66">
        <w:rPr>
          <w:rFonts w:ascii="Arial" w:hAnsi="Arial" w:cs="Arial"/>
          <w:color w:val="000000"/>
          <w:sz w:val="22"/>
          <w:szCs w:val="22"/>
        </w:rPr>
        <w:t xml:space="preserve">f. </w:t>
      </w:r>
      <w:r>
        <w:rPr>
          <w:rFonts w:ascii="Arial" w:hAnsi="Arial" w:cs="Arial"/>
          <w:color w:val="000000"/>
          <w:sz w:val="22"/>
          <w:szCs w:val="22"/>
        </w:rPr>
        <w:t xml:space="preserve">Dr.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Kustár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Zoltán</w:t>
      </w:r>
      <w:r w:rsidR="00E33F66">
        <w:rPr>
          <w:rFonts w:ascii="Arial" w:hAnsi="Arial" w:cs="Arial"/>
          <w:color w:val="000000"/>
          <w:sz w:val="22"/>
          <w:szCs w:val="22"/>
        </w:rPr>
        <w:t>, 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Debreceni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Református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Hittudományi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Egyetem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tanszékveető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egyetemi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tanára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bookmarkStart w:id="0" w:name="OLE_LINK1"/>
      <w:r>
        <w:rPr>
          <w:rFonts w:ascii="Arial" w:hAnsi="Arial" w:cs="Arial"/>
          <w:color w:val="000000"/>
          <w:sz w:val="22"/>
          <w:szCs w:val="22"/>
        </w:rPr>
        <w:t xml:space="preserve">Prof. Dr. Zsengellér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József</w:t>
      </w:r>
      <w:bookmarkEnd w:id="0"/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az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Országos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Rabbiképző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Zsidó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Egyetem</w:t>
      </w:r>
      <w:proofErr w:type="spellEnd"/>
      <w:r w:rsidR="00E33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33F66">
        <w:rPr>
          <w:rFonts w:ascii="Arial" w:hAnsi="Arial" w:cs="Arial"/>
          <w:color w:val="000000"/>
          <w:sz w:val="22"/>
          <w:szCs w:val="22"/>
        </w:rPr>
        <w:t>professzora</w:t>
      </w:r>
      <w:proofErr w:type="spellEnd"/>
    </w:p>
    <w:p w14:paraId="73CE12A2" w14:textId="77777777" w:rsidR="00D47C29" w:rsidRPr="00502E1A" w:rsidRDefault="00D47C29" w:rsidP="00D47C29">
      <w:pPr>
        <w:spacing w:after="160"/>
        <w:rPr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08"/>
        <w:gridCol w:w="4239"/>
        <w:gridCol w:w="4246"/>
        <w:gridCol w:w="4239"/>
      </w:tblGrid>
      <w:tr w:rsidR="00025205" w:rsidRPr="00502E1A" w14:paraId="347A2766" w14:textId="77777777" w:rsidTr="00A71E48">
        <w:trPr>
          <w:jc w:val="center"/>
        </w:trPr>
        <w:tc>
          <w:tcPr>
            <w:tcW w:w="2115" w:type="dxa"/>
            <w:shd w:val="clear" w:color="auto" w:fill="1A365D"/>
          </w:tcPr>
          <w:p w14:paraId="33A66944" w14:textId="77777777" w:rsidR="00025205" w:rsidRPr="00502E1A" w:rsidRDefault="00000000" w:rsidP="00502E1A">
            <w:pPr>
              <w:jc w:val="center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Időbeosztás / Blokkok</w:t>
            </w:r>
          </w:p>
        </w:tc>
        <w:tc>
          <w:tcPr>
            <w:tcW w:w="4311" w:type="dxa"/>
            <w:shd w:val="clear" w:color="auto" w:fill="1A365D"/>
          </w:tcPr>
          <w:p w14:paraId="122131CB" w14:textId="77356856" w:rsidR="00025205" w:rsidRPr="00502E1A" w:rsidRDefault="00000000" w:rsidP="00502E1A">
            <w:pPr>
              <w:jc w:val="center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 xml:space="preserve">1. nap </w:t>
            </w:r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br/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(</w:t>
            </w:r>
            <w:proofErr w:type="spellStart"/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t>a</w:t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ugusztus</w:t>
            </w:r>
            <w:proofErr w:type="spellEnd"/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 xml:space="preserve"> 25</w:t>
            </w:r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t>,</w:t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 xml:space="preserve"> </w:t>
            </w:r>
            <w:proofErr w:type="spellStart"/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t>k</w:t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edd</w:t>
            </w:r>
            <w:proofErr w:type="spellEnd"/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)</w:t>
            </w:r>
          </w:p>
        </w:tc>
        <w:tc>
          <w:tcPr>
            <w:tcW w:w="4311" w:type="dxa"/>
            <w:shd w:val="clear" w:color="auto" w:fill="1A365D"/>
          </w:tcPr>
          <w:p w14:paraId="1E7FF54A" w14:textId="4CEB3AA3" w:rsidR="00025205" w:rsidRPr="00502E1A" w:rsidRDefault="00000000" w:rsidP="00502E1A">
            <w:pPr>
              <w:jc w:val="center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 xml:space="preserve">2. nap </w:t>
            </w:r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br/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(</w:t>
            </w:r>
            <w:proofErr w:type="spellStart"/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t>a</w:t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ugusztus</w:t>
            </w:r>
            <w:proofErr w:type="spellEnd"/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 xml:space="preserve"> 26</w:t>
            </w:r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t>,</w:t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 xml:space="preserve"> </w:t>
            </w:r>
            <w:proofErr w:type="spellStart"/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t>s</w:t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zerda</w:t>
            </w:r>
            <w:proofErr w:type="spellEnd"/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)</w:t>
            </w:r>
          </w:p>
        </w:tc>
        <w:tc>
          <w:tcPr>
            <w:tcW w:w="4311" w:type="dxa"/>
            <w:shd w:val="clear" w:color="auto" w:fill="1A365D"/>
          </w:tcPr>
          <w:p w14:paraId="2DF1E8BB" w14:textId="56F0A560" w:rsidR="00025205" w:rsidRPr="00502E1A" w:rsidRDefault="00000000" w:rsidP="00502E1A">
            <w:pPr>
              <w:jc w:val="center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 xml:space="preserve">3. nap </w:t>
            </w:r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br/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(</w:t>
            </w:r>
            <w:proofErr w:type="spellStart"/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t>a</w:t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ugusztus</w:t>
            </w:r>
            <w:proofErr w:type="spellEnd"/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 xml:space="preserve"> 27</w:t>
            </w:r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t>,</w:t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 xml:space="preserve"> </w:t>
            </w:r>
            <w:proofErr w:type="spellStart"/>
            <w:r w:rsidR="00AA6B2C">
              <w:rPr>
                <w:rFonts w:ascii="Arial" w:hAnsi="Arial"/>
                <w:b/>
                <w:color w:val="FFFFFF"/>
                <w:sz w:val="28"/>
                <w:szCs w:val="44"/>
              </w:rPr>
              <w:t>c</w:t>
            </w:r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sütörtök</w:t>
            </w:r>
            <w:proofErr w:type="spellEnd"/>
            <w:r w:rsidRPr="00502E1A">
              <w:rPr>
                <w:rFonts w:ascii="Arial" w:hAnsi="Arial"/>
                <w:b/>
                <w:color w:val="FFFFFF"/>
                <w:sz w:val="28"/>
                <w:szCs w:val="44"/>
              </w:rPr>
              <w:t>)</w:t>
            </w:r>
          </w:p>
        </w:tc>
      </w:tr>
      <w:tr w:rsidR="00025205" w:rsidRPr="00502E1A" w14:paraId="0C3CE0C8" w14:textId="77777777" w:rsidTr="00A71E48">
        <w:trPr>
          <w:jc w:val="center"/>
        </w:trPr>
        <w:tc>
          <w:tcPr>
            <w:tcW w:w="2115" w:type="dxa"/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46493F" w14:textId="58224912" w:rsidR="00025205" w:rsidRPr="00502E1A" w:rsidRDefault="009A1F1E" w:rsidP="00502E1A">
            <w:pPr>
              <w:spacing w:after="40"/>
              <w:jc w:val="center"/>
              <w:rPr>
                <w:sz w:val="28"/>
                <w:szCs w:val="44"/>
              </w:rPr>
            </w:pPr>
            <w:r>
              <w:rPr>
                <w:rFonts w:ascii="Arial" w:hAnsi="Arial"/>
                <w:b/>
                <w:sz w:val="28"/>
                <w:szCs w:val="44"/>
              </w:rPr>
              <w:t>K</w:t>
            </w:r>
            <w:r w:rsidRPr="00502E1A">
              <w:rPr>
                <w:rFonts w:ascii="Arial" w:hAnsi="Arial"/>
                <w:b/>
                <w:sz w:val="28"/>
                <w:szCs w:val="44"/>
              </w:rPr>
              <w:t xml:space="preserve">ezdés </w:t>
            </w: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74E3E2" w14:textId="75C1BA15" w:rsidR="00025205" w:rsidRPr="00502E1A" w:rsidRDefault="00025205" w:rsidP="00502E1A">
            <w:pPr>
              <w:spacing w:after="40"/>
              <w:rPr>
                <w:sz w:val="28"/>
                <w:szCs w:val="44"/>
              </w:rPr>
            </w:pP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572174" w14:textId="77777777" w:rsidR="00025205" w:rsidRPr="009A1F1E" w:rsidRDefault="00000000" w:rsidP="00502E1A">
            <w:pPr>
              <w:spacing w:after="40"/>
              <w:rPr>
                <w:color w:val="EE0000"/>
                <w:sz w:val="28"/>
                <w:szCs w:val="44"/>
              </w:rPr>
            </w:pPr>
            <w:r w:rsidRPr="009A1F1E">
              <w:rPr>
                <w:rFonts w:ascii="Arial" w:hAnsi="Arial"/>
                <w:color w:val="EE0000"/>
                <w:sz w:val="28"/>
                <w:szCs w:val="44"/>
              </w:rPr>
              <w:t>07:00 – 08:30</w:t>
            </w:r>
            <w:r w:rsidRPr="009A1F1E">
              <w:rPr>
                <w:rFonts w:ascii="Arial" w:hAnsi="Arial"/>
                <w:color w:val="EE0000"/>
                <w:sz w:val="28"/>
                <w:szCs w:val="44"/>
              </w:rPr>
              <w:br/>
              <w:t>Reggeli, Laudes</w:t>
            </w: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AB3C80" w14:textId="77777777" w:rsidR="00025205" w:rsidRPr="009A1F1E" w:rsidRDefault="00000000" w:rsidP="00502E1A">
            <w:pPr>
              <w:spacing w:after="40"/>
              <w:rPr>
                <w:color w:val="EE0000"/>
                <w:sz w:val="28"/>
                <w:szCs w:val="44"/>
              </w:rPr>
            </w:pPr>
            <w:r w:rsidRPr="009A1F1E">
              <w:rPr>
                <w:rFonts w:ascii="Arial" w:hAnsi="Arial"/>
                <w:color w:val="EE0000"/>
                <w:sz w:val="28"/>
                <w:szCs w:val="44"/>
              </w:rPr>
              <w:t>07:00 – 08:30</w:t>
            </w:r>
            <w:r w:rsidRPr="009A1F1E">
              <w:rPr>
                <w:rFonts w:ascii="Arial" w:hAnsi="Arial"/>
                <w:color w:val="EE0000"/>
                <w:sz w:val="28"/>
                <w:szCs w:val="44"/>
              </w:rPr>
              <w:br/>
              <w:t>Reggeli, Laudes</w:t>
            </w:r>
          </w:p>
        </w:tc>
      </w:tr>
      <w:tr w:rsidR="00025205" w:rsidRPr="00502E1A" w14:paraId="3A0DD004" w14:textId="77777777" w:rsidTr="00A71E48">
        <w:trPr>
          <w:jc w:val="center"/>
        </w:trPr>
        <w:tc>
          <w:tcPr>
            <w:tcW w:w="2115" w:type="dxa"/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8809D0" w14:textId="14A03944" w:rsidR="00025205" w:rsidRPr="00502E1A" w:rsidRDefault="00000000" w:rsidP="00502E1A">
            <w:pPr>
              <w:spacing w:after="40"/>
              <w:jc w:val="center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b/>
                <w:sz w:val="28"/>
                <w:szCs w:val="44"/>
              </w:rPr>
              <w:t>Délelőtti blokk</w:t>
            </w:r>
            <w:r w:rsidRPr="00502E1A">
              <w:rPr>
                <w:rFonts w:ascii="Arial" w:hAnsi="Arial"/>
                <w:b/>
                <w:sz w:val="28"/>
                <w:szCs w:val="44"/>
              </w:rPr>
              <w:br/>
              <w:t>(20 perc/</w:t>
            </w:r>
            <w:r w:rsidR="00F12759">
              <w:rPr>
                <w:rFonts w:ascii="Arial" w:hAnsi="Arial"/>
                <w:b/>
                <w:sz w:val="28"/>
                <w:szCs w:val="44"/>
              </w:rPr>
              <w:t xml:space="preserve"> </w:t>
            </w:r>
            <w:r w:rsidRPr="00502E1A">
              <w:rPr>
                <w:rFonts w:ascii="Arial" w:hAnsi="Arial"/>
                <w:b/>
                <w:sz w:val="28"/>
                <w:szCs w:val="44"/>
              </w:rPr>
              <w:t>előadó)</w:t>
            </w:r>
          </w:p>
        </w:tc>
        <w:tc>
          <w:tcPr>
            <w:tcW w:w="4311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ED2A07" w14:textId="09EDE672" w:rsidR="00025205" w:rsidRPr="00502E1A" w:rsidRDefault="00502E1A" w:rsidP="00502E1A">
            <w:pPr>
              <w:spacing w:after="40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sz w:val="28"/>
                <w:szCs w:val="44"/>
              </w:rPr>
              <w:t>10:00 – 12:00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proofErr w:type="spellStart"/>
            <w:r w:rsidRPr="00502E1A">
              <w:rPr>
                <w:rFonts w:ascii="Arial" w:hAnsi="Arial"/>
                <w:sz w:val="28"/>
                <w:szCs w:val="44"/>
              </w:rPr>
              <w:t>Érkezés</w:t>
            </w:r>
            <w:proofErr w:type="spellEnd"/>
            <w:r w:rsidRPr="00502E1A">
              <w:rPr>
                <w:rFonts w:ascii="Arial" w:hAnsi="Arial"/>
                <w:sz w:val="28"/>
                <w:szCs w:val="44"/>
              </w:rPr>
              <w:t xml:space="preserve">, </w:t>
            </w:r>
            <w:proofErr w:type="spellStart"/>
            <w:r w:rsidRPr="00502E1A">
              <w:rPr>
                <w:rFonts w:ascii="Arial" w:hAnsi="Arial"/>
                <w:sz w:val="28"/>
                <w:szCs w:val="44"/>
              </w:rPr>
              <w:t>regisztráció</w:t>
            </w:r>
            <w:proofErr w:type="spellEnd"/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</w:p>
        </w:tc>
        <w:tc>
          <w:tcPr>
            <w:tcW w:w="4311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3A1A13" w14:textId="2194252F" w:rsidR="00A71E48" w:rsidRPr="00C17EC1" w:rsidRDefault="00000000" w:rsidP="00C17EC1">
            <w:pPr>
              <w:spacing w:after="40"/>
              <w:rPr>
                <w:rFonts w:ascii="Arial" w:hAnsi="Arial" w:cs="Arial"/>
                <w:color w:val="00B050"/>
                <w:sz w:val="26"/>
                <w:szCs w:val="26"/>
              </w:rPr>
            </w:pP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08:30 – 09:50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III. Szekció (4 előadó)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08:30: </w:t>
            </w:r>
            <w:r w:rsidR="0011780C" w:rsidRPr="00C17EC1">
              <w:rPr>
                <w:rFonts w:ascii="Arial" w:hAnsi="Arial" w:cs="Arial"/>
                <w:color w:val="00B050"/>
                <w:sz w:val="26"/>
                <w:szCs w:val="26"/>
              </w:rPr>
              <w:t>Dávid Nóra</w:t>
            </w:r>
            <w:r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 </w:t>
            </w:r>
          </w:p>
          <w:p w14:paraId="7BAC2F6E" w14:textId="387FD63F" w:rsidR="00A71E48" w:rsidRPr="00C17EC1" w:rsidRDefault="00000000" w:rsidP="00C17EC1">
            <w:pPr>
              <w:spacing w:after="40"/>
              <w:rPr>
                <w:rFonts w:ascii="Arial" w:hAnsi="Arial" w:cs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08:50: </w:t>
            </w:r>
            <w:r w:rsidR="00E410C4" w:rsidRPr="00C17EC1">
              <w:rPr>
                <w:rFonts w:ascii="Arial" w:hAnsi="Arial" w:cs="Arial"/>
                <w:color w:val="00B050"/>
                <w:sz w:val="26"/>
                <w:szCs w:val="26"/>
              </w:rPr>
              <w:t>Szabó Balázs</w:t>
            </w:r>
            <w:r w:rsidRPr="00C17EC1">
              <w:rPr>
                <w:rFonts w:ascii="Arial" w:hAnsi="Arial" w:cs="Arial"/>
                <w:color w:val="00B050"/>
                <w:sz w:val="26"/>
                <w:szCs w:val="26"/>
              </w:rPr>
              <w:br/>
              <w:t xml:space="preserve">09:10: </w:t>
            </w:r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>Papp György</w:t>
            </w:r>
            <w:r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 </w:t>
            </w:r>
          </w:p>
          <w:p w14:paraId="45FAFE9E" w14:textId="1B4B085B" w:rsidR="009A1F1E" w:rsidRPr="00A6135B" w:rsidRDefault="00000000" w:rsidP="00A6135B">
            <w:pPr>
              <w:spacing w:after="40"/>
              <w:rPr>
                <w:rFonts w:ascii="Arial" w:hAnsi="Arial" w:cs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09:30: </w:t>
            </w:r>
            <w:r w:rsidR="00AA6B2C" w:rsidRPr="006A6374">
              <w:rPr>
                <w:rFonts w:ascii="Arial" w:hAnsi="Arial" w:cs="Arial"/>
                <w:color w:val="00B050"/>
                <w:sz w:val="26"/>
                <w:szCs w:val="26"/>
              </w:rPr>
              <w:t>Taborsky, Marko</w:t>
            </w:r>
          </w:p>
          <w:p w14:paraId="54725AF5" w14:textId="633366C8" w:rsidR="00025205" w:rsidRPr="00502E1A" w:rsidRDefault="00000000" w:rsidP="00502E1A">
            <w:pPr>
              <w:spacing w:after="40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sz w:val="28"/>
                <w:szCs w:val="44"/>
              </w:rPr>
              <w:br/>
              <w:t>💬 09:50–10:00: Q&amp;A (10p)</w:t>
            </w:r>
          </w:p>
        </w:tc>
        <w:tc>
          <w:tcPr>
            <w:tcW w:w="4311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549A96" w14:textId="4ECF4D9B" w:rsidR="00A71E48" w:rsidRPr="00C17EC1" w:rsidRDefault="00000000" w:rsidP="004D2B56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08:30 – 09:50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VII. Szekció (4 előadó)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08:30: </w:t>
            </w:r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>Kókai-Nagy Viktor</w:t>
            </w:r>
          </w:p>
          <w:p w14:paraId="7F9E8A71" w14:textId="3235374E" w:rsidR="00A71E48" w:rsidRPr="00C17EC1" w:rsidRDefault="00000000" w:rsidP="004D2B56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08:50: </w:t>
            </w:r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>Kormos Erik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br/>
              <w:t xml:space="preserve">09:10: </w:t>
            </w:r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>László Virgil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 </w:t>
            </w:r>
          </w:p>
          <w:p w14:paraId="23DFDBA3" w14:textId="3E977957" w:rsidR="009A1F1E" w:rsidRPr="00C17EC1" w:rsidRDefault="00000000" w:rsidP="004D2B56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09:30: </w:t>
            </w:r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>Németh Péter</w:t>
            </w:r>
          </w:p>
          <w:p w14:paraId="421851FB" w14:textId="4906C5D2" w:rsidR="00025205" w:rsidRPr="00502E1A" w:rsidRDefault="00000000" w:rsidP="00502E1A">
            <w:pPr>
              <w:spacing w:after="40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sz w:val="28"/>
                <w:szCs w:val="44"/>
              </w:rPr>
              <w:br/>
              <w:t>💬 09:50–10:00: Q&amp;A (10p)</w:t>
            </w:r>
          </w:p>
        </w:tc>
      </w:tr>
      <w:tr w:rsidR="00025205" w:rsidRPr="00502E1A" w14:paraId="4F18AE8A" w14:textId="77777777" w:rsidTr="00A71E48">
        <w:trPr>
          <w:jc w:val="center"/>
        </w:trPr>
        <w:tc>
          <w:tcPr>
            <w:tcW w:w="2115" w:type="dxa"/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F20E62" w14:textId="2CF73B5D" w:rsidR="00025205" w:rsidRPr="00502E1A" w:rsidRDefault="00025205" w:rsidP="00502E1A">
            <w:pPr>
              <w:spacing w:after="40"/>
              <w:jc w:val="center"/>
              <w:rPr>
                <w:sz w:val="28"/>
                <w:szCs w:val="44"/>
              </w:rPr>
            </w:pP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1E92C7" w14:textId="0B6C4F2F" w:rsidR="00A71E48" w:rsidRPr="00502E1A" w:rsidRDefault="00502E1A" w:rsidP="00502E1A">
            <w:pPr>
              <w:spacing w:after="40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sz w:val="28"/>
                <w:szCs w:val="44"/>
              </w:rPr>
              <w:t>12:00 – 13:00</w:t>
            </w:r>
            <w:r w:rsidRPr="00502E1A">
              <w:rPr>
                <w:rFonts w:ascii="Arial" w:hAnsi="Arial"/>
                <w:sz w:val="28"/>
                <w:szCs w:val="44"/>
              </w:rPr>
              <w:br/>
              <w:t>Ebéd (egyénileg)</w:t>
            </w: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7B803B" w14:textId="288C39E4" w:rsidR="00A71E48" w:rsidRPr="00C17EC1" w:rsidRDefault="00000000" w:rsidP="00502E1A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☕</w:t>
            </w:r>
            <w:r w:rsidRPr="00502E1A">
              <w:rPr>
                <w:rFonts w:ascii="Arial" w:hAnsi="Arial"/>
                <w:sz w:val="28"/>
                <w:szCs w:val="44"/>
              </w:rPr>
              <w:t xml:space="preserve"> 10:00 – 10:15</w:t>
            </w:r>
            <w:r w:rsidRPr="00502E1A">
              <w:rPr>
                <w:rFonts w:ascii="Arial" w:hAnsi="Arial"/>
                <w:sz w:val="28"/>
                <w:szCs w:val="44"/>
              </w:rPr>
              <w:br/>
              <w:t>Kávészünet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10:15 – 11:35</w:t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br/>
              <w:t>IV. Szekció (4 előadó)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10:15: </w:t>
            </w:r>
            <w:r w:rsidR="00230483" w:rsidRPr="00C17EC1">
              <w:rPr>
                <w:rFonts w:ascii="Arial" w:hAnsi="Arial"/>
                <w:color w:val="00B050"/>
                <w:sz w:val="26"/>
                <w:szCs w:val="26"/>
              </w:rPr>
              <w:t>Zamfir K</w:t>
            </w:r>
            <w:r w:rsidR="00E410C4">
              <w:rPr>
                <w:rFonts w:ascii="Arial" w:hAnsi="Arial"/>
                <w:color w:val="00B050"/>
                <w:sz w:val="26"/>
                <w:szCs w:val="26"/>
              </w:rPr>
              <w:t>orinna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 </w:t>
            </w:r>
          </w:p>
          <w:p w14:paraId="7B745618" w14:textId="2695A776" w:rsidR="00A71E48" w:rsidRPr="006A6374" w:rsidRDefault="00000000" w:rsidP="00AC7270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6A6374">
              <w:rPr>
                <w:rFonts w:ascii="Arial" w:hAnsi="Arial"/>
                <w:color w:val="00B050"/>
                <w:sz w:val="26"/>
                <w:szCs w:val="26"/>
              </w:rPr>
              <w:t xml:space="preserve">10:35: </w:t>
            </w:r>
            <w:r w:rsidR="00AC7270" w:rsidRPr="006A6374">
              <w:rPr>
                <w:rFonts w:ascii="Arial" w:hAnsi="Arial"/>
                <w:color w:val="00B050"/>
                <w:sz w:val="26"/>
                <w:szCs w:val="26"/>
              </w:rPr>
              <w:t xml:space="preserve">Gottfried </w:t>
            </w:r>
            <w:proofErr w:type="spellStart"/>
            <w:r w:rsidR="00AC7270" w:rsidRPr="006A6374">
              <w:rPr>
                <w:rFonts w:ascii="Arial" w:hAnsi="Arial"/>
                <w:color w:val="00B050"/>
                <w:sz w:val="26"/>
                <w:szCs w:val="26"/>
              </w:rPr>
              <w:t>Schimanowszki</w:t>
            </w:r>
            <w:proofErr w:type="spellEnd"/>
          </w:p>
          <w:p w14:paraId="1C2999AE" w14:textId="62EBF92F" w:rsidR="00A71E48" w:rsidRPr="006A6374" w:rsidRDefault="00000000" w:rsidP="00502E1A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6A6374">
              <w:rPr>
                <w:rFonts w:ascii="Arial" w:hAnsi="Arial"/>
                <w:color w:val="00B050"/>
                <w:sz w:val="26"/>
                <w:szCs w:val="26"/>
              </w:rPr>
              <w:t xml:space="preserve">10:55: </w:t>
            </w:r>
            <w:r w:rsidR="00AC7270" w:rsidRPr="006A6374">
              <w:rPr>
                <w:rFonts w:ascii="Arial" w:hAnsi="Arial"/>
                <w:color w:val="00B050"/>
                <w:sz w:val="26"/>
                <w:szCs w:val="26"/>
              </w:rPr>
              <w:t>Martin Meiser</w:t>
            </w:r>
          </w:p>
          <w:p w14:paraId="607D959E" w14:textId="11C35DF6" w:rsidR="009A1F1E" w:rsidRPr="00C17EC1" w:rsidRDefault="00000000" w:rsidP="004D2B56">
            <w:pPr>
              <w:spacing w:after="40"/>
              <w:rPr>
                <w:rFonts w:ascii="Arial" w:hAnsi="Arial"/>
                <w:color w:val="00B050"/>
                <w:sz w:val="26"/>
                <w:szCs w:val="26"/>
                <w:lang w:val="de-DE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  <w:lang w:val="de-DE"/>
              </w:rPr>
              <w:t xml:space="preserve">11:15: </w:t>
            </w:r>
            <w:r w:rsidR="00AC7270" w:rsidRPr="00C17EC1">
              <w:rPr>
                <w:rFonts w:ascii="Arial" w:hAnsi="Arial"/>
                <w:color w:val="00B050"/>
                <w:sz w:val="26"/>
                <w:szCs w:val="26"/>
                <w:lang w:val="de-DE"/>
              </w:rPr>
              <w:t>Ol</w:t>
            </w:r>
            <w:r w:rsidR="00AA6B2C">
              <w:rPr>
                <w:rFonts w:ascii="Arial" w:hAnsi="Arial"/>
                <w:color w:val="00B050"/>
                <w:sz w:val="26"/>
                <w:szCs w:val="26"/>
                <w:lang w:val="de-DE"/>
              </w:rPr>
              <w:t>á</w:t>
            </w:r>
            <w:r w:rsidR="00AC7270" w:rsidRPr="00C17EC1">
              <w:rPr>
                <w:rFonts w:ascii="Arial" w:hAnsi="Arial"/>
                <w:color w:val="00B050"/>
                <w:sz w:val="26"/>
                <w:szCs w:val="26"/>
                <w:lang w:val="de-DE"/>
              </w:rPr>
              <w:t>h Z</w:t>
            </w:r>
            <w:r w:rsidR="00AC7270">
              <w:rPr>
                <w:rFonts w:ascii="Arial" w:hAnsi="Arial"/>
                <w:color w:val="00B050"/>
                <w:sz w:val="26"/>
                <w:szCs w:val="26"/>
                <w:lang w:val="de-DE"/>
              </w:rPr>
              <w:t>oltán</w:t>
            </w:r>
          </w:p>
          <w:p w14:paraId="1AF1B995" w14:textId="0B3A8E9B" w:rsidR="00025205" w:rsidRPr="009A1F1E" w:rsidRDefault="00000000" w:rsidP="009A1F1E">
            <w:pPr>
              <w:spacing w:after="40"/>
              <w:rPr>
                <w:rFonts w:ascii="Arial" w:hAnsi="Arial"/>
                <w:color w:val="00B050"/>
                <w:sz w:val="28"/>
                <w:szCs w:val="44"/>
              </w:rPr>
            </w:pPr>
            <w:r w:rsidRPr="004D2B56">
              <w:rPr>
                <w:rFonts w:ascii="Arial" w:hAnsi="Arial"/>
                <w:sz w:val="28"/>
                <w:szCs w:val="44"/>
                <w:lang w:val="de-DE"/>
              </w:rPr>
              <w:lastRenderedPageBreak/>
              <w:br/>
            </w:r>
            <w:r w:rsidRPr="00502E1A">
              <w:rPr>
                <w:rFonts w:ascii="Arial" w:hAnsi="Arial"/>
                <w:sz w:val="28"/>
                <w:szCs w:val="44"/>
              </w:rPr>
              <w:t>💬 11:35–11:45: Q&amp;A (10p)</w:t>
            </w:r>
            <w:r w:rsidRPr="00502E1A">
              <w:rPr>
                <w:rFonts w:ascii="Arial" w:hAnsi="Arial"/>
                <w:sz w:val="28"/>
                <w:szCs w:val="44"/>
              </w:rPr>
              <w:br/>
              <w:t>☕ 11:45–12:00: Szünet</w:t>
            </w: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B75046" w14:textId="5416CC74" w:rsidR="00A71E48" w:rsidRPr="00C17EC1" w:rsidRDefault="00000000" w:rsidP="00502E1A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502E1A">
              <w:rPr>
                <w:rFonts w:ascii="Arial" w:hAnsi="Arial"/>
                <w:sz w:val="28"/>
                <w:szCs w:val="44"/>
              </w:rPr>
              <w:lastRenderedPageBreak/>
              <w:t>☕ 10:00 – 10:15</w:t>
            </w:r>
            <w:r w:rsidRPr="00502E1A">
              <w:rPr>
                <w:rFonts w:ascii="Arial" w:hAnsi="Arial"/>
                <w:sz w:val="28"/>
                <w:szCs w:val="44"/>
              </w:rPr>
              <w:br/>
              <w:t>Kávészünet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10:15 – 11:</w:t>
            </w:r>
            <w:r w:rsidR="009227A4">
              <w:rPr>
                <w:rFonts w:ascii="Arial" w:hAnsi="Arial"/>
                <w:b/>
                <w:bCs/>
                <w:sz w:val="28"/>
                <w:szCs w:val="44"/>
              </w:rPr>
              <w:t>3</w:t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5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 xml:space="preserve">VIII. </w:t>
            </w:r>
            <w:proofErr w:type="spellStart"/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Szekció</w:t>
            </w:r>
            <w:proofErr w:type="spellEnd"/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 xml:space="preserve"> (</w:t>
            </w:r>
            <w:r w:rsidR="0011780C">
              <w:rPr>
                <w:rFonts w:ascii="Arial" w:hAnsi="Arial"/>
                <w:b/>
                <w:bCs/>
                <w:sz w:val="28"/>
                <w:szCs w:val="44"/>
              </w:rPr>
              <w:t>4</w:t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 xml:space="preserve"> </w:t>
            </w:r>
            <w:proofErr w:type="spellStart"/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előadó</w:t>
            </w:r>
            <w:proofErr w:type="spellEnd"/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)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10:15: </w:t>
            </w:r>
            <w:r w:rsidR="00230483" w:rsidRPr="00C17EC1">
              <w:rPr>
                <w:rFonts w:ascii="Arial" w:hAnsi="Arial"/>
                <w:color w:val="00B050"/>
                <w:sz w:val="26"/>
                <w:szCs w:val="26"/>
              </w:rPr>
              <w:t>Kr</w:t>
            </w:r>
            <w:r w:rsidR="009227A4" w:rsidRPr="00C17EC1">
              <w:rPr>
                <w:rFonts w:ascii="Arial" w:hAnsi="Arial"/>
                <w:color w:val="00B050"/>
                <w:sz w:val="26"/>
                <w:szCs w:val="26"/>
              </w:rPr>
              <w:t>á</w:t>
            </w:r>
            <w:r w:rsidR="00230483" w:rsidRPr="00C17EC1">
              <w:rPr>
                <w:rFonts w:ascii="Arial" w:hAnsi="Arial"/>
                <w:color w:val="00B050"/>
                <w:sz w:val="26"/>
                <w:szCs w:val="26"/>
              </w:rPr>
              <w:t>nitz M</w:t>
            </w:r>
            <w:r w:rsidR="00AA6B2C">
              <w:rPr>
                <w:rFonts w:ascii="Arial" w:hAnsi="Arial"/>
                <w:color w:val="00B050"/>
                <w:sz w:val="26"/>
                <w:szCs w:val="26"/>
              </w:rPr>
              <w:t>ihály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 </w:t>
            </w:r>
          </w:p>
          <w:p w14:paraId="0819DCAC" w14:textId="049C79E1" w:rsidR="009A1F1E" w:rsidRPr="00C17EC1" w:rsidRDefault="00000000" w:rsidP="004D2B56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10:35: </w:t>
            </w:r>
            <w:proofErr w:type="spellStart"/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>Ledán</w:t>
            </w:r>
            <w:proofErr w:type="spellEnd"/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 M. István 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br/>
              <w:t xml:space="preserve">10:55: </w:t>
            </w:r>
            <w:proofErr w:type="spellStart"/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>Mártonffy</w:t>
            </w:r>
            <w:proofErr w:type="spellEnd"/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 Marcell</w:t>
            </w:r>
          </w:p>
          <w:p w14:paraId="23233B0A" w14:textId="01FC6563" w:rsidR="009227A4" w:rsidRPr="00C17EC1" w:rsidRDefault="009227A4" w:rsidP="009A1F1E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11:15: </w:t>
            </w:r>
            <w:r w:rsidR="00384E93" w:rsidRPr="00C17EC1">
              <w:rPr>
                <w:rFonts w:ascii="Arial" w:hAnsi="Arial" w:cs="Arial"/>
                <w:color w:val="00B050"/>
                <w:sz w:val="26"/>
                <w:szCs w:val="26"/>
              </w:rPr>
              <w:t>Kocsi György</w:t>
            </w:r>
          </w:p>
          <w:p w14:paraId="7F811BFA" w14:textId="4CE1A8E9" w:rsidR="00F12759" w:rsidRPr="009A1F1E" w:rsidRDefault="00000000" w:rsidP="009A1F1E">
            <w:pPr>
              <w:spacing w:after="40"/>
              <w:rPr>
                <w:rFonts w:ascii="Arial" w:hAnsi="Arial"/>
                <w:color w:val="00B050"/>
                <w:sz w:val="28"/>
                <w:szCs w:val="44"/>
              </w:rPr>
            </w:pPr>
            <w:r w:rsidRPr="00502E1A">
              <w:rPr>
                <w:rFonts w:ascii="Arial" w:hAnsi="Arial"/>
                <w:sz w:val="28"/>
                <w:szCs w:val="44"/>
              </w:rPr>
              <w:br/>
              <w:t>💬 11:15–11:25: Q&amp;A (10p)</w:t>
            </w:r>
          </w:p>
          <w:p w14:paraId="4D083D84" w14:textId="77777777" w:rsidR="006A6374" w:rsidRPr="006A6374" w:rsidRDefault="00F12759" w:rsidP="00502E1A">
            <w:pPr>
              <w:spacing w:after="40"/>
              <w:rPr>
                <w:rFonts w:ascii="Arial" w:hAnsi="Arial"/>
                <w:sz w:val="28"/>
                <w:szCs w:val="44"/>
              </w:rPr>
            </w:pPr>
            <w:r w:rsidRPr="00502E1A">
              <w:rPr>
                <w:rFonts w:ascii="Arial" w:hAnsi="Arial"/>
                <w:sz w:val="28"/>
                <w:szCs w:val="44"/>
              </w:rPr>
              <w:lastRenderedPageBreak/>
              <w:t>11:25 – 12:00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6A6374">
              <w:rPr>
                <w:rFonts w:ascii="Arial" w:hAnsi="Arial"/>
                <w:sz w:val="28"/>
                <w:szCs w:val="44"/>
              </w:rPr>
              <w:t xml:space="preserve">Plenáris kerekasztal, </w:t>
            </w:r>
          </w:p>
          <w:p w14:paraId="46694213" w14:textId="4ACA46BA" w:rsidR="00F12759" w:rsidRPr="00502E1A" w:rsidRDefault="00F12759" w:rsidP="00502E1A">
            <w:pPr>
              <w:spacing w:after="40"/>
              <w:rPr>
                <w:sz w:val="28"/>
                <w:szCs w:val="44"/>
              </w:rPr>
            </w:pPr>
            <w:proofErr w:type="spellStart"/>
            <w:r w:rsidRPr="006A6374">
              <w:rPr>
                <w:rFonts w:ascii="Arial" w:hAnsi="Arial"/>
                <w:sz w:val="28"/>
                <w:szCs w:val="44"/>
              </w:rPr>
              <w:t>hivatalos</w:t>
            </w:r>
            <w:proofErr w:type="spellEnd"/>
            <w:r w:rsidRPr="006A6374">
              <w:rPr>
                <w:rFonts w:ascii="Arial" w:hAnsi="Arial"/>
                <w:sz w:val="28"/>
                <w:szCs w:val="44"/>
              </w:rPr>
              <w:t xml:space="preserve"> </w:t>
            </w:r>
            <w:proofErr w:type="spellStart"/>
            <w:r w:rsidRPr="006A6374">
              <w:rPr>
                <w:rFonts w:ascii="Arial" w:hAnsi="Arial"/>
                <w:sz w:val="28"/>
                <w:szCs w:val="44"/>
              </w:rPr>
              <w:t>zárás</w:t>
            </w:r>
            <w:proofErr w:type="spellEnd"/>
          </w:p>
        </w:tc>
      </w:tr>
      <w:tr w:rsidR="00A71E48" w:rsidRPr="00AC7270" w14:paraId="2882EAD8" w14:textId="77777777" w:rsidTr="00A71E48">
        <w:trPr>
          <w:jc w:val="center"/>
        </w:trPr>
        <w:tc>
          <w:tcPr>
            <w:tcW w:w="2115" w:type="dxa"/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64BA79" w14:textId="67962552" w:rsidR="00F12759" w:rsidRDefault="00F12759" w:rsidP="00AA6B2C">
            <w:pPr>
              <w:spacing w:after="40"/>
              <w:rPr>
                <w:rFonts w:ascii="Arial" w:hAnsi="Arial"/>
                <w:b/>
                <w:sz w:val="28"/>
                <w:szCs w:val="44"/>
              </w:rPr>
            </w:pPr>
            <w:proofErr w:type="spellStart"/>
            <w:r w:rsidRPr="00502E1A">
              <w:rPr>
                <w:rFonts w:ascii="Arial" w:hAnsi="Arial"/>
                <w:b/>
                <w:sz w:val="28"/>
                <w:szCs w:val="44"/>
              </w:rPr>
              <w:lastRenderedPageBreak/>
              <w:t>Ebéd</w:t>
            </w:r>
            <w:proofErr w:type="spellEnd"/>
          </w:p>
          <w:p w14:paraId="28481B15" w14:textId="77777777" w:rsidR="00F12759" w:rsidRDefault="00F12759" w:rsidP="00502E1A">
            <w:pPr>
              <w:spacing w:after="40"/>
              <w:jc w:val="center"/>
              <w:rPr>
                <w:rFonts w:ascii="Arial" w:hAnsi="Arial"/>
                <w:b/>
                <w:bCs/>
                <w:sz w:val="28"/>
                <w:szCs w:val="44"/>
              </w:rPr>
            </w:pPr>
          </w:p>
          <w:p w14:paraId="4DE7EAB6" w14:textId="77777777" w:rsidR="00F12759" w:rsidRPr="00F12759" w:rsidRDefault="00F12759" w:rsidP="00502E1A">
            <w:pPr>
              <w:spacing w:after="40"/>
              <w:jc w:val="center"/>
              <w:rPr>
                <w:rFonts w:ascii="Arial" w:hAnsi="Arial"/>
                <w:bCs/>
                <w:sz w:val="28"/>
                <w:szCs w:val="44"/>
              </w:rPr>
            </w:pPr>
          </w:p>
          <w:p w14:paraId="00ECC398" w14:textId="581F0566" w:rsidR="00A71E48" w:rsidRPr="00502E1A" w:rsidRDefault="00A71E48" w:rsidP="00502E1A">
            <w:pPr>
              <w:spacing w:after="40"/>
              <w:jc w:val="center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b/>
                <w:sz w:val="28"/>
                <w:szCs w:val="44"/>
              </w:rPr>
              <w:t>Délutáni blokk</w:t>
            </w:r>
            <w:r w:rsidRPr="00502E1A">
              <w:rPr>
                <w:rFonts w:ascii="Arial" w:hAnsi="Arial"/>
                <w:b/>
                <w:sz w:val="28"/>
                <w:szCs w:val="44"/>
              </w:rPr>
              <w:br/>
            </w:r>
            <w:r w:rsidR="00F12759" w:rsidRPr="00502E1A">
              <w:rPr>
                <w:rFonts w:ascii="Arial" w:hAnsi="Arial"/>
                <w:b/>
                <w:sz w:val="28"/>
                <w:szCs w:val="44"/>
              </w:rPr>
              <w:t>(20 perc/</w:t>
            </w:r>
            <w:r w:rsidR="00F12759">
              <w:rPr>
                <w:rFonts w:ascii="Arial" w:hAnsi="Arial"/>
                <w:b/>
                <w:sz w:val="28"/>
                <w:szCs w:val="44"/>
              </w:rPr>
              <w:t xml:space="preserve"> </w:t>
            </w:r>
            <w:r w:rsidR="00F12759" w:rsidRPr="00502E1A">
              <w:rPr>
                <w:rFonts w:ascii="Arial" w:hAnsi="Arial"/>
                <w:b/>
                <w:sz w:val="28"/>
                <w:szCs w:val="44"/>
              </w:rPr>
              <w:t>előadó)</w:t>
            </w:r>
          </w:p>
        </w:tc>
        <w:tc>
          <w:tcPr>
            <w:tcW w:w="4311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1C5D70" w14:textId="77777777" w:rsidR="00A71E48" w:rsidRDefault="00A71E48" w:rsidP="00502E1A">
            <w:pPr>
              <w:spacing w:after="40"/>
              <w:rPr>
                <w:rFonts w:ascii="Apple Color Emoji" w:hAnsi="Apple Color Emoji" w:cs="Apple Color Emoji"/>
                <w:sz w:val="28"/>
                <w:szCs w:val="44"/>
              </w:rPr>
            </w:pPr>
          </w:p>
          <w:p w14:paraId="5DA2481D" w14:textId="77777777" w:rsidR="00A6135B" w:rsidRPr="00230483" w:rsidRDefault="00A6135B" w:rsidP="00502E1A">
            <w:pPr>
              <w:spacing w:after="40"/>
              <w:rPr>
                <w:rFonts w:ascii="Arial" w:hAnsi="Arial"/>
                <w:sz w:val="28"/>
                <w:szCs w:val="44"/>
              </w:rPr>
            </w:pPr>
          </w:p>
          <w:p w14:paraId="73637BD1" w14:textId="2A991C8A" w:rsidR="009227A4" w:rsidRPr="00AA6B2C" w:rsidRDefault="00AA6B2C" w:rsidP="00502E1A">
            <w:pPr>
              <w:spacing w:after="40"/>
              <w:rPr>
                <w:rFonts w:ascii="Arial" w:hAnsi="Arial"/>
                <w:b/>
                <w:bCs/>
                <w:sz w:val="28"/>
                <w:szCs w:val="44"/>
                <w:lang w:val="it-IT"/>
              </w:rPr>
            </w:pPr>
            <w:r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A k</w:t>
            </w:r>
            <w:r w:rsidR="009227A4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onferencia megnyitó</w:t>
            </w:r>
            <w:r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ja</w:t>
            </w:r>
            <w:r w:rsidR="00A6135B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:</w:t>
            </w:r>
            <w:r w:rsidR="009227A4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 xml:space="preserve"> </w:t>
            </w:r>
            <w:r w:rsidR="00A6135B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br/>
            </w:r>
            <w:r w:rsidR="009227A4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B</w:t>
            </w:r>
            <w:r w:rsidR="00A6135B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 xml:space="preserve">enyik </w:t>
            </w:r>
            <w:r w:rsidR="009227A4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G</w:t>
            </w:r>
            <w:r w:rsidR="00A6135B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 xml:space="preserve">yörgy – </w:t>
            </w:r>
            <w:r w:rsidR="009227A4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L</w:t>
            </w:r>
            <w:r w:rsidR="00A6135B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 xml:space="preserve">ukás </w:t>
            </w:r>
            <w:r w:rsidR="009227A4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O</w:t>
            </w:r>
            <w:r w:rsidR="00A6135B" w:rsidRPr="00AA6B2C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ttilia</w:t>
            </w:r>
          </w:p>
          <w:p w14:paraId="5BD67546" w14:textId="78DEE442" w:rsidR="00A71E48" w:rsidRPr="00C17EC1" w:rsidRDefault="00A71E48" w:rsidP="00502E1A">
            <w:pPr>
              <w:spacing w:after="40"/>
              <w:rPr>
                <w:rFonts w:ascii="Arial" w:hAnsi="Arial"/>
                <w:color w:val="00B050"/>
                <w:sz w:val="26"/>
                <w:szCs w:val="26"/>
                <w:lang w:val="it-IT"/>
              </w:rPr>
            </w:pPr>
            <w:r w:rsidRPr="0011780C">
              <w:rPr>
                <w:rFonts w:ascii="Arial" w:hAnsi="Arial"/>
                <w:b/>
                <w:bCs/>
                <w:sz w:val="28"/>
                <w:szCs w:val="44"/>
                <w:lang w:val="it-IT"/>
              </w:rPr>
              <w:t>13:</w:t>
            </w:r>
            <w:r w:rsidR="009227A4" w:rsidRPr="0011780C">
              <w:rPr>
                <w:rFonts w:ascii="Arial" w:hAnsi="Arial"/>
                <w:b/>
                <w:bCs/>
                <w:sz w:val="28"/>
                <w:szCs w:val="44"/>
                <w:lang w:val="it-IT"/>
              </w:rPr>
              <w:t>3</w:t>
            </w:r>
            <w:r w:rsidRPr="0011780C">
              <w:rPr>
                <w:rFonts w:ascii="Arial" w:hAnsi="Arial"/>
                <w:b/>
                <w:bCs/>
                <w:sz w:val="28"/>
                <w:szCs w:val="44"/>
                <w:lang w:val="it-IT"/>
              </w:rPr>
              <w:t>0 – 14:</w:t>
            </w:r>
            <w:r w:rsidR="009227A4" w:rsidRPr="0011780C">
              <w:rPr>
                <w:rFonts w:ascii="Arial" w:hAnsi="Arial"/>
                <w:b/>
                <w:bCs/>
                <w:sz w:val="28"/>
                <w:szCs w:val="44"/>
                <w:lang w:val="it-IT"/>
              </w:rPr>
              <w:t>5</w:t>
            </w:r>
            <w:r w:rsidRPr="0011780C">
              <w:rPr>
                <w:rFonts w:ascii="Arial" w:hAnsi="Arial"/>
                <w:b/>
                <w:bCs/>
                <w:sz w:val="28"/>
                <w:szCs w:val="44"/>
                <w:lang w:val="it-IT"/>
              </w:rPr>
              <w:t>0</w:t>
            </w:r>
            <w:r w:rsidRPr="0011780C">
              <w:rPr>
                <w:rFonts w:ascii="Arial" w:hAnsi="Arial"/>
                <w:sz w:val="28"/>
                <w:szCs w:val="44"/>
                <w:lang w:val="it-IT"/>
              </w:rPr>
              <w:br/>
            </w:r>
            <w:r w:rsidRPr="0011780C">
              <w:rPr>
                <w:rFonts w:ascii="Arial" w:hAnsi="Arial"/>
                <w:b/>
                <w:bCs/>
                <w:sz w:val="28"/>
                <w:szCs w:val="44"/>
                <w:lang w:val="it-IT"/>
              </w:rPr>
              <w:t>I. Szekció (4 előadó)</w:t>
            </w:r>
            <w:r w:rsidRPr="0011780C">
              <w:rPr>
                <w:rFonts w:ascii="Arial" w:hAnsi="Arial"/>
                <w:sz w:val="28"/>
                <w:szCs w:val="44"/>
                <w:lang w:val="it-IT"/>
              </w:rPr>
              <w:br/>
            </w: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13:</w:t>
            </w:r>
            <w:r w:rsidR="009227A4"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3</w:t>
            </w: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 xml:space="preserve">0: </w:t>
            </w:r>
            <w:r w:rsidR="00230483"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 xml:space="preserve">Benyik </w:t>
            </w:r>
            <w:r w:rsidR="0011780C"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G</w:t>
            </w:r>
            <w:r w:rsidR="00230483"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y</w:t>
            </w:r>
            <w:r w:rsidR="00E410C4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örgy</w:t>
            </w:r>
          </w:p>
          <w:p w14:paraId="4D5DDC77" w14:textId="69E20AD6" w:rsidR="00A71E48" w:rsidRPr="00C17EC1" w:rsidRDefault="00A71E48" w:rsidP="0011780C">
            <w:pPr>
              <w:spacing w:after="40"/>
              <w:rPr>
                <w:rFonts w:ascii="Arial" w:hAnsi="Arial"/>
                <w:color w:val="00B050"/>
                <w:sz w:val="26"/>
                <w:szCs w:val="26"/>
                <w:lang w:val="it-IT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13:</w:t>
            </w:r>
            <w:r w:rsidR="009227A4"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5</w:t>
            </w: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 xml:space="preserve">0: </w:t>
            </w:r>
            <w:r w:rsidR="0011780C" w:rsidRPr="00AC7270">
              <w:rPr>
                <w:rFonts w:ascii="Arial" w:hAnsi="Arial" w:cs="Arial"/>
                <w:color w:val="00B050"/>
                <w:sz w:val="26"/>
                <w:szCs w:val="26"/>
                <w:lang w:val="it-IT"/>
              </w:rPr>
              <w:t>Bacsó Benjámin </w:t>
            </w: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br/>
              <w:t>14:</w:t>
            </w:r>
            <w:r w:rsidR="009227A4"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1</w:t>
            </w: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 xml:space="preserve">0: </w:t>
            </w:r>
            <w:r w:rsidR="00AA6B2C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Lukács Ottilia</w:t>
            </w:r>
          </w:p>
          <w:p w14:paraId="24DF997F" w14:textId="1FC693CD" w:rsidR="00A71E48" w:rsidRPr="00C17EC1" w:rsidRDefault="00A71E48" w:rsidP="00502E1A">
            <w:pPr>
              <w:spacing w:after="40"/>
              <w:rPr>
                <w:rFonts w:ascii="Arial" w:hAnsi="Arial"/>
                <w:color w:val="00B050"/>
                <w:sz w:val="26"/>
                <w:szCs w:val="26"/>
                <w:lang w:val="it-IT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14:</w:t>
            </w:r>
            <w:r w:rsidR="009227A4"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3</w:t>
            </w: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 xml:space="preserve">0: </w:t>
            </w:r>
            <w:r w:rsidR="00230483"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Csonta I</w:t>
            </w:r>
            <w:r w:rsidR="00E410C4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stván</w:t>
            </w:r>
          </w:p>
          <w:p w14:paraId="1618616F" w14:textId="41A7293E" w:rsidR="00A71E48" w:rsidRPr="009227A4" w:rsidRDefault="00A71E48" w:rsidP="00502E1A">
            <w:pPr>
              <w:spacing w:after="40"/>
              <w:rPr>
                <w:sz w:val="28"/>
                <w:szCs w:val="44"/>
                <w:lang w:val="it-IT"/>
              </w:rPr>
            </w:pPr>
            <w:r w:rsidRPr="009227A4">
              <w:rPr>
                <w:rFonts w:ascii="Arial" w:hAnsi="Arial"/>
                <w:sz w:val="28"/>
                <w:szCs w:val="44"/>
                <w:lang w:val="it-IT"/>
              </w:rPr>
              <w:br/>
            </w: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💬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 xml:space="preserve"> 14:</w:t>
            </w:r>
            <w:r w:rsidR="009227A4">
              <w:rPr>
                <w:rFonts w:ascii="Arial" w:hAnsi="Arial"/>
                <w:sz w:val="28"/>
                <w:szCs w:val="44"/>
                <w:lang w:val="it-IT"/>
              </w:rPr>
              <w:t>5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>0–1</w:t>
            </w:r>
            <w:r w:rsidR="009227A4">
              <w:rPr>
                <w:rFonts w:ascii="Arial" w:hAnsi="Arial"/>
                <w:sz w:val="28"/>
                <w:szCs w:val="44"/>
                <w:lang w:val="it-IT"/>
              </w:rPr>
              <w:t>5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>:</w:t>
            </w:r>
            <w:r w:rsidR="009227A4">
              <w:rPr>
                <w:rFonts w:ascii="Arial" w:hAnsi="Arial"/>
                <w:sz w:val="28"/>
                <w:szCs w:val="44"/>
                <w:lang w:val="it-IT"/>
              </w:rPr>
              <w:t>0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>0: Q&amp;A (10p)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br/>
            </w:r>
            <w:r w:rsidRPr="009227A4">
              <w:rPr>
                <w:rFonts w:ascii="Apple Color Emoji" w:hAnsi="Apple Color Emoji" w:cs="Apple Color Emoji"/>
                <w:sz w:val="28"/>
                <w:szCs w:val="44"/>
                <w:lang w:val="it-IT"/>
              </w:rPr>
              <w:t>☕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 xml:space="preserve"> 1</w:t>
            </w:r>
            <w:r w:rsidR="009227A4">
              <w:rPr>
                <w:rFonts w:ascii="Arial" w:hAnsi="Arial"/>
                <w:sz w:val="28"/>
                <w:szCs w:val="44"/>
                <w:lang w:val="it-IT"/>
              </w:rPr>
              <w:t>5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>:</w:t>
            </w:r>
            <w:r w:rsidR="009227A4">
              <w:rPr>
                <w:rFonts w:ascii="Arial" w:hAnsi="Arial"/>
                <w:sz w:val="28"/>
                <w:szCs w:val="44"/>
                <w:lang w:val="it-IT"/>
              </w:rPr>
              <w:t>0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>0–15:</w:t>
            </w:r>
            <w:r w:rsidR="009227A4">
              <w:rPr>
                <w:rFonts w:ascii="Arial" w:hAnsi="Arial"/>
                <w:sz w:val="28"/>
                <w:szCs w:val="44"/>
                <w:lang w:val="it-IT"/>
              </w:rPr>
              <w:t>1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>5: Kávészünet</w:t>
            </w:r>
          </w:p>
        </w:tc>
        <w:tc>
          <w:tcPr>
            <w:tcW w:w="4311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677EA1" w14:textId="78A3A006" w:rsidR="009227A4" w:rsidRDefault="00A71E48" w:rsidP="00AA6B2C">
            <w:pPr>
              <w:spacing w:after="40"/>
              <w:rPr>
                <w:rFonts w:ascii="Arial" w:hAnsi="Arial"/>
                <w:b/>
                <w:bCs/>
                <w:sz w:val="28"/>
                <w:szCs w:val="44"/>
                <w:lang w:val="it-IT"/>
              </w:rPr>
            </w:pP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🍽️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 xml:space="preserve"> </w:t>
            </w:r>
            <w:r w:rsidRPr="009227A4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12:00 – 13:30</w:t>
            </w:r>
            <w:r w:rsidRPr="009227A4">
              <w:rPr>
                <w:rFonts w:ascii="Arial" w:hAnsi="Arial"/>
                <w:color w:val="EE0000"/>
                <w:sz w:val="28"/>
                <w:szCs w:val="44"/>
                <w:lang w:val="it-IT"/>
              </w:rPr>
              <w:br/>
              <w:t>Ebédszünet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br/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br/>
            </w:r>
          </w:p>
          <w:p w14:paraId="74B723B4" w14:textId="0EF870B3" w:rsidR="00A71E48" w:rsidRPr="00C17EC1" w:rsidRDefault="00A71E48" w:rsidP="00502E1A">
            <w:pPr>
              <w:spacing w:after="40"/>
              <w:rPr>
                <w:rFonts w:ascii="Arial" w:hAnsi="Arial"/>
                <w:color w:val="00B050"/>
                <w:sz w:val="26"/>
                <w:szCs w:val="26"/>
                <w:lang w:val="it-IT"/>
              </w:rPr>
            </w:pPr>
            <w:r w:rsidRPr="009227A4">
              <w:rPr>
                <w:rFonts w:ascii="Arial" w:hAnsi="Arial"/>
                <w:b/>
                <w:bCs/>
                <w:sz w:val="28"/>
                <w:szCs w:val="44"/>
                <w:lang w:val="it-IT"/>
              </w:rPr>
              <w:t>13:30 – 14:50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br/>
            </w:r>
            <w:r w:rsidRPr="009227A4">
              <w:rPr>
                <w:rFonts w:ascii="Arial" w:hAnsi="Arial"/>
                <w:b/>
                <w:bCs/>
                <w:sz w:val="28"/>
                <w:szCs w:val="44"/>
                <w:lang w:val="it-IT"/>
              </w:rPr>
              <w:t>V. Szekció (4 előadó)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br/>
            </w: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 xml:space="preserve">13:30: </w:t>
            </w:r>
            <w:r w:rsidR="00AA6B2C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Enghy Sándor</w:t>
            </w:r>
          </w:p>
          <w:p w14:paraId="5A876CA7" w14:textId="1333B81F" w:rsidR="00A71E48" w:rsidRPr="00AA6B2C" w:rsidRDefault="00A71E48" w:rsidP="00502E1A">
            <w:pPr>
              <w:spacing w:after="40"/>
              <w:rPr>
                <w:rFonts w:ascii="Arial" w:hAnsi="Arial"/>
                <w:color w:val="00B050"/>
                <w:sz w:val="26"/>
                <w:szCs w:val="26"/>
                <w:lang w:val="it-IT"/>
              </w:rPr>
            </w:pPr>
            <w:r w:rsidRPr="00AA6B2C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 xml:space="preserve">13:50: </w:t>
            </w:r>
            <w:r w:rsidR="00AA6B2C" w:rsidRPr="00AA6B2C">
              <w:rPr>
                <w:rFonts w:ascii="Arial" w:hAnsi="Arial" w:cs="Arial"/>
                <w:color w:val="00B050"/>
                <w:sz w:val="26"/>
                <w:szCs w:val="26"/>
                <w:lang w:val="it-IT"/>
              </w:rPr>
              <w:t>Czire Szabolcs</w:t>
            </w:r>
            <w:r w:rsidRPr="00AA6B2C">
              <w:rPr>
                <w:rFonts w:ascii="Arial" w:hAnsi="Arial"/>
                <w:color w:val="00B050"/>
                <w:sz w:val="26"/>
                <w:szCs w:val="26"/>
                <w:lang w:val="it-IT"/>
              </w:rPr>
              <w:br/>
              <w:t xml:space="preserve">14:10: </w:t>
            </w:r>
            <w:r w:rsidR="00AA6B2C" w:rsidRPr="00AA6B2C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Habány Marianna</w:t>
            </w:r>
          </w:p>
          <w:p w14:paraId="360E89B2" w14:textId="422B4AAA" w:rsidR="009A1F1E" w:rsidRPr="00AA6B2C" w:rsidRDefault="00A71E48" w:rsidP="00502E1A">
            <w:pPr>
              <w:spacing w:after="40"/>
              <w:rPr>
                <w:rFonts w:ascii="Arial" w:hAnsi="Arial"/>
                <w:color w:val="00B050"/>
                <w:sz w:val="26"/>
                <w:szCs w:val="26"/>
                <w:lang w:val="it-IT"/>
              </w:rPr>
            </w:pPr>
            <w:r w:rsidRPr="00AA6B2C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 xml:space="preserve">14:30: </w:t>
            </w:r>
            <w:r w:rsidR="00AC7270" w:rsidRPr="00AA6B2C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Szabó M</w:t>
            </w:r>
            <w:r w:rsidR="00AA6B2C" w:rsidRPr="00AA6B2C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iklós</w:t>
            </w:r>
          </w:p>
          <w:p w14:paraId="405E902E" w14:textId="0695A604" w:rsidR="00A71E48" w:rsidRPr="009227A4" w:rsidRDefault="00A71E48" w:rsidP="00502E1A">
            <w:pPr>
              <w:spacing w:after="40"/>
              <w:rPr>
                <w:sz w:val="28"/>
                <w:szCs w:val="44"/>
                <w:lang w:val="it-IT"/>
              </w:rPr>
            </w:pPr>
            <w:r w:rsidRPr="00AA6B2C">
              <w:rPr>
                <w:rFonts w:ascii="Arial" w:hAnsi="Arial"/>
                <w:sz w:val="28"/>
                <w:szCs w:val="44"/>
                <w:lang w:val="it-IT"/>
              </w:rPr>
              <w:br/>
            </w: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💬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 xml:space="preserve"> 14:50–15:00: Q&amp;A (10p)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br/>
            </w:r>
            <w:r w:rsidRPr="009227A4">
              <w:rPr>
                <w:rFonts w:ascii="Apple Color Emoji" w:hAnsi="Apple Color Emoji" w:cs="Apple Color Emoji"/>
                <w:sz w:val="28"/>
                <w:szCs w:val="44"/>
                <w:lang w:val="it-IT"/>
              </w:rPr>
              <w:t>☕</w:t>
            </w:r>
            <w:r w:rsidRPr="009227A4">
              <w:rPr>
                <w:rFonts w:ascii="Arial" w:hAnsi="Arial"/>
                <w:sz w:val="28"/>
                <w:szCs w:val="44"/>
                <w:lang w:val="it-IT"/>
              </w:rPr>
              <w:t xml:space="preserve"> 15:00–15:15: Kávészünet</w:t>
            </w:r>
          </w:p>
        </w:tc>
        <w:tc>
          <w:tcPr>
            <w:tcW w:w="4311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3B5E47" w14:textId="77777777" w:rsidR="00A71E48" w:rsidRDefault="00A71E48" w:rsidP="00502E1A">
            <w:pPr>
              <w:spacing w:after="40"/>
              <w:rPr>
                <w:rFonts w:ascii="Arial" w:hAnsi="Arial"/>
                <w:color w:val="EE0000"/>
                <w:sz w:val="28"/>
                <w:szCs w:val="44"/>
                <w:lang w:val="it-IT"/>
              </w:rPr>
            </w:pP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🍽️</w:t>
            </w:r>
            <w:r w:rsidRPr="00AC7270">
              <w:rPr>
                <w:rFonts w:ascii="Arial" w:hAnsi="Arial"/>
                <w:sz w:val="28"/>
                <w:szCs w:val="44"/>
                <w:lang w:val="it-IT"/>
              </w:rPr>
              <w:t xml:space="preserve"> </w:t>
            </w:r>
            <w:r w:rsidRPr="00AC7270">
              <w:rPr>
                <w:rFonts w:ascii="Arial" w:hAnsi="Arial"/>
                <w:color w:val="EE0000"/>
                <w:sz w:val="28"/>
                <w:szCs w:val="44"/>
                <w:lang w:val="it-IT"/>
              </w:rPr>
              <w:t>12:00 –</w:t>
            </w:r>
            <w:r w:rsidRPr="00AC7270">
              <w:rPr>
                <w:rFonts w:ascii="Arial" w:hAnsi="Arial"/>
                <w:color w:val="EE0000"/>
                <w:sz w:val="28"/>
                <w:szCs w:val="44"/>
                <w:lang w:val="it-IT"/>
              </w:rPr>
              <w:br/>
              <w:t>Záróebéd, elutazás</w:t>
            </w:r>
          </w:p>
          <w:p w14:paraId="51A64D66" w14:textId="77777777" w:rsidR="00AC7270" w:rsidRDefault="00AC7270" w:rsidP="00502E1A">
            <w:pPr>
              <w:spacing w:after="40"/>
              <w:rPr>
                <w:color w:val="EE0000"/>
                <w:sz w:val="28"/>
                <w:szCs w:val="44"/>
                <w:lang w:val="it-IT"/>
              </w:rPr>
            </w:pPr>
          </w:p>
          <w:p w14:paraId="5C44E3CD" w14:textId="79691DA9" w:rsidR="00AC7270" w:rsidRDefault="00AC7270" w:rsidP="00502E1A">
            <w:pPr>
              <w:spacing w:after="40"/>
              <w:rPr>
                <w:rFonts w:ascii="Arial" w:hAnsi="Arial"/>
                <w:color w:val="00B050"/>
                <w:sz w:val="26"/>
                <w:szCs w:val="26"/>
                <w:lang w:val="it-IT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  <w:lang w:val="it-IT"/>
              </w:rPr>
              <w:t>.</w:t>
            </w:r>
          </w:p>
          <w:p w14:paraId="06CE042D" w14:textId="6FB353FC" w:rsidR="00AC7270" w:rsidRPr="00AC7270" w:rsidRDefault="00AC7270" w:rsidP="00AA6B2C">
            <w:pPr>
              <w:spacing w:after="40"/>
              <w:rPr>
                <w:sz w:val="28"/>
                <w:szCs w:val="44"/>
                <w:lang w:val="it-IT"/>
              </w:rPr>
            </w:pPr>
          </w:p>
        </w:tc>
      </w:tr>
      <w:tr w:rsidR="00A71E48" w:rsidRPr="00502E1A" w14:paraId="3A7F3014" w14:textId="77777777" w:rsidTr="00A71E48">
        <w:trPr>
          <w:jc w:val="center"/>
        </w:trPr>
        <w:tc>
          <w:tcPr>
            <w:tcW w:w="2115" w:type="dxa"/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CB4FD5" w14:textId="77777777" w:rsidR="009A1F1E" w:rsidRDefault="00A71E48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  <w:proofErr w:type="spellStart"/>
            <w:r w:rsidRPr="00502E1A">
              <w:rPr>
                <w:rFonts w:ascii="Arial" w:hAnsi="Arial"/>
                <w:b/>
                <w:sz w:val="28"/>
                <w:szCs w:val="44"/>
              </w:rPr>
              <w:t>Késő</w:t>
            </w:r>
            <w:proofErr w:type="spellEnd"/>
            <w:r w:rsidRPr="00502E1A">
              <w:rPr>
                <w:rFonts w:ascii="Arial" w:hAnsi="Arial"/>
                <w:b/>
                <w:sz w:val="28"/>
                <w:szCs w:val="44"/>
              </w:rPr>
              <w:t xml:space="preserve"> délután </w:t>
            </w:r>
          </w:p>
          <w:p w14:paraId="3E504B9E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0C8CC6CF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7CB18E20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028B44A2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0189BA2F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0A7271D4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14FE8D45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7DFA1A3F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3B76BC23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3D786B30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6C19259E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6F65830A" w14:textId="77777777" w:rsidR="009A1F1E" w:rsidRDefault="009A1F1E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14:paraId="417838A9" w14:textId="1BC4FE89" w:rsidR="00A71E48" w:rsidRPr="00502E1A" w:rsidRDefault="00A71E48" w:rsidP="00502E1A">
            <w:pPr>
              <w:spacing w:after="40"/>
              <w:jc w:val="center"/>
              <w:rPr>
                <w:sz w:val="28"/>
                <w:szCs w:val="44"/>
              </w:rPr>
            </w:pPr>
            <w:r w:rsidRPr="00502E1A">
              <w:rPr>
                <w:rFonts w:ascii="Arial" w:hAnsi="Arial"/>
                <w:b/>
                <w:sz w:val="28"/>
                <w:szCs w:val="44"/>
              </w:rPr>
              <w:lastRenderedPageBreak/>
              <w:br/>
              <w:t>Esti zárás</w:t>
            </w: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88E84D" w14:textId="2020F412" w:rsidR="00A71E48" w:rsidRPr="006A6374" w:rsidRDefault="00A71E48" w:rsidP="00AA6B2C">
            <w:pPr>
              <w:spacing w:after="40"/>
              <w:rPr>
                <w:sz w:val="28"/>
                <w:szCs w:val="44"/>
              </w:rPr>
            </w:pP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lastRenderedPageBreak/>
              <w:t>15:</w:t>
            </w:r>
            <w:r w:rsidR="009227A4">
              <w:rPr>
                <w:rFonts w:ascii="Arial" w:hAnsi="Arial"/>
                <w:b/>
                <w:bCs/>
                <w:sz w:val="28"/>
                <w:szCs w:val="44"/>
              </w:rPr>
              <w:t>1</w:t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5 – 1</w:t>
            </w:r>
            <w:r w:rsidR="009227A4">
              <w:rPr>
                <w:rFonts w:ascii="Arial" w:hAnsi="Arial"/>
                <w:b/>
                <w:bCs/>
                <w:sz w:val="28"/>
                <w:szCs w:val="44"/>
              </w:rPr>
              <w:t>6</w:t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:</w:t>
            </w:r>
            <w:r w:rsidR="009227A4">
              <w:rPr>
                <w:rFonts w:ascii="Arial" w:hAnsi="Arial"/>
                <w:b/>
                <w:bCs/>
                <w:sz w:val="28"/>
                <w:szCs w:val="44"/>
              </w:rPr>
              <w:t>3</w:t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5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 xml:space="preserve">II. </w:t>
            </w:r>
            <w:proofErr w:type="spellStart"/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Szekció</w:t>
            </w:r>
            <w:proofErr w:type="spellEnd"/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 xml:space="preserve"> (</w:t>
            </w:r>
            <w:r w:rsidR="0011780C">
              <w:rPr>
                <w:rFonts w:ascii="Arial" w:hAnsi="Arial"/>
                <w:b/>
                <w:bCs/>
                <w:sz w:val="28"/>
                <w:szCs w:val="44"/>
              </w:rPr>
              <w:t>4</w:t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 xml:space="preserve"> </w:t>
            </w:r>
            <w:proofErr w:type="spellStart"/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előadó</w:t>
            </w:r>
            <w:proofErr w:type="spellEnd"/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)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>15:</w:t>
            </w:r>
            <w:r w:rsidR="009227A4" w:rsidRPr="00C17EC1">
              <w:rPr>
                <w:rFonts w:ascii="Arial" w:hAnsi="Arial"/>
                <w:color w:val="00B050"/>
                <w:sz w:val="26"/>
                <w:szCs w:val="26"/>
              </w:rPr>
              <w:t>1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5: </w:t>
            </w:r>
            <w:r w:rsidR="00AA6B2C" w:rsidRPr="006A6374">
              <w:rPr>
                <w:rFonts w:ascii="Arial" w:hAnsi="Arial" w:cs="Arial"/>
                <w:color w:val="00B050"/>
                <w:sz w:val="26"/>
                <w:szCs w:val="26"/>
              </w:rPr>
              <w:t>Kocsis Imre</w:t>
            </w:r>
          </w:p>
          <w:p w14:paraId="788B86E8" w14:textId="53376857" w:rsidR="009227A4" w:rsidRPr="00C17EC1" w:rsidRDefault="00A71E48" w:rsidP="004D2B56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</w:rPr>
              <w:t>15:</w:t>
            </w:r>
            <w:r w:rsidR="009227A4" w:rsidRPr="00C17EC1">
              <w:rPr>
                <w:rFonts w:ascii="Arial" w:hAnsi="Arial"/>
                <w:color w:val="00B050"/>
                <w:sz w:val="26"/>
                <w:szCs w:val="26"/>
              </w:rPr>
              <w:t>3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5: </w:t>
            </w:r>
            <w:r w:rsidR="0011780C" w:rsidRPr="00C17EC1">
              <w:rPr>
                <w:rFonts w:ascii="Arial" w:hAnsi="Arial" w:cs="Arial"/>
                <w:color w:val="00B050"/>
                <w:sz w:val="26"/>
                <w:szCs w:val="26"/>
              </w:rPr>
              <w:t>Geréby György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br/>
              <w:t>15:</w:t>
            </w:r>
            <w:r w:rsidR="009227A4" w:rsidRPr="00C17EC1">
              <w:rPr>
                <w:rFonts w:ascii="Arial" w:hAnsi="Arial"/>
                <w:color w:val="00B050"/>
                <w:sz w:val="26"/>
                <w:szCs w:val="26"/>
              </w:rPr>
              <w:t>5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5: </w:t>
            </w:r>
            <w:proofErr w:type="spellStart"/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>Kustár</w:t>
            </w:r>
            <w:proofErr w:type="spellEnd"/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 </w:t>
            </w:r>
            <w:proofErr w:type="spellStart"/>
            <w:r w:rsidR="004D2B56" w:rsidRPr="00C17EC1">
              <w:rPr>
                <w:rFonts w:ascii="Arial" w:hAnsi="Arial" w:cs="Arial"/>
                <w:color w:val="00B050"/>
                <w:sz w:val="26"/>
                <w:szCs w:val="26"/>
              </w:rPr>
              <w:t>György</w:t>
            </w:r>
            <w:proofErr w:type="spellEnd"/>
          </w:p>
          <w:p w14:paraId="368EE558" w14:textId="0FAAABF9" w:rsidR="0011780C" w:rsidRPr="00C17EC1" w:rsidRDefault="009227A4" w:rsidP="0011780C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16:15: </w:t>
            </w:r>
            <w:proofErr w:type="spellStart"/>
            <w:r w:rsidR="0011780C" w:rsidRPr="00C17EC1">
              <w:rPr>
                <w:rFonts w:ascii="Arial" w:hAnsi="Arial" w:cs="Arial"/>
                <w:color w:val="00B050"/>
                <w:sz w:val="26"/>
                <w:szCs w:val="26"/>
              </w:rPr>
              <w:t>Cifrak</w:t>
            </w:r>
            <w:proofErr w:type="spellEnd"/>
            <w:r w:rsidR="0011780C"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 Mario</w:t>
            </w:r>
          </w:p>
          <w:p w14:paraId="621B8B9F" w14:textId="1E703201" w:rsidR="00A71E48" w:rsidRPr="009227A4" w:rsidRDefault="00A71E48" w:rsidP="009227A4">
            <w:pPr>
              <w:spacing w:after="40"/>
              <w:rPr>
                <w:rFonts w:ascii="Arial" w:hAnsi="Arial"/>
                <w:color w:val="00B050"/>
                <w:sz w:val="28"/>
                <w:szCs w:val="44"/>
              </w:rPr>
            </w:pP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💬</w:t>
            </w:r>
            <w:r w:rsidRPr="00502E1A">
              <w:rPr>
                <w:rFonts w:ascii="Arial" w:hAnsi="Arial"/>
                <w:sz w:val="28"/>
                <w:szCs w:val="44"/>
              </w:rPr>
              <w:t xml:space="preserve"> 16:</w:t>
            </w:r>
            <w:r w:rsidR="009227A4">
              <w:rPr>
                <w:rFonts w:ascii="Arial" w:hAnsi="Arial"/>
                <w:sz w:val="28"/>
                <w:szCs w:val="44"/>
              </w:rPr>
              <w:t>3</w:t>
            </w:r>
            <w:r w:rsidRPr="00502E1A">
              <w:rPr>
                <w:rFonts w:ascii="Arial" w:hAnsi="Arial"/>
                <w:sz w:val="28"/>
                <w:szCs w:val="44"/>
              </w:rPr>
              <w:t>5–16:</w:t>
            </w:r>
            <w:r w:rsidR="009227A4">
              <w:rPr>
                <w:rFonts w:ascii="Arial" w:hAnsi="Arial"/>
                <w:sz w:val="28"/>
                <w:szCs w:val="44"/>
              </w:rPr>
              <w:t>4</w:t>
            </w:r>
            <w:r w:rsidRPr="00502E1A">
              <w:rPr>
                <w:rFonts w:ascii="Arial" w:hAnsi="Arial"/>
                <w:sz w:val="28"/>
                <w:szCs w:val="44"/>
              </w:rPr>
              <w:t>5: Q&amp;A (10p)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☕</w:t>
            </w:r>
            <w:r w:rsidRPr="00502E1A">
              <w:rPr>
                <w:rFonts w:ascii="Arial" w:hAnsi="Arial"/>
                <w:sz w:val="28"/>
                <w:szCs w:val="44"/>
              </w:rPr>
              <w:t xml:space="preserve"> 16:</w:t>
            </w:r>
            <w:r w:rsidR="009227A4">
              <w:rPr>
                <w:rFonts w:ascii="Arial" w:hAnsi="Arial"/>
                <w:sz w:val="28"/>
                <w:szCs w:val="44"/>
              </w:rPr>
              <w:t>4</w:t>
            </w:r>
            <w:r w:rsidRPr="00502E1A">
              <w:rPr>
                <w:rFonts w:ascii="Arial" w:hAnsi="Arial"/>
                <w:sz w:val="28"/>
                <w:szCs w:val="44"/>
              </w:rPr>
              <w:t>5–1</w:t>
            </w:r>
            <w:r w:rsidR="009227A4">
              <w:rPr>
                <w:rFonts w:ascii="Arial" w:hAnsi="Arial"/>
                <w:sz w:val="28"/>
                <w:szCs w:val="44"/>
              </w:rPr>
              <w:t>7</w:t>
            </w:r>
            <w:r w:rsidRPr="00502E1A">
              <w:rPr>
                <w:rFonts w:ascii="Arial" w:hAnsi="Arial"/>
                <w:sz w:val="28"/>
                <w:szCs w:val="44"/>
              </w:rPr>
              <w:t>:</w:t>
            </w:r>
            <w:r w:rsidR="009227A4">
              <w:rPr>
                <w:rFonts w:ascii="Arial" w:hAnsi="Arial"/>
                <w:sz w:val="28"/>
                <w:szCs w:val="44"/>
              </w:rPr>
              <w:t>0</w:t>
            </w:r>
            <w:r w:rsidRPr="00502E1A">
              <w:rPr>
                <w:rFonts w:ascii="Arial" w:hAnsi="Arial"/>
                <w:sz w:val="28"/>
                <w:szCs w:val="44"/>
              </w:rPr>
              <w:t xml:space="preserve">0: </w:t>
            </w:r>
            <w:proofErr w:type="spellStart"/>
            <w:r w:rsidRPr="00502E1A">
              <w:rPr>
                <w:rFonts w:ascii="Arial" w:hAnsi="Arial"/>
                <w:sz w:val="28"/>
                <w:szCs w:val="44"/>
              </w:rPr>
              <w:t>Szünet</w:t>
            </w:r>
            <w:proofErr w:type="spellEnd"/>
          </w:p>
          <w:p w14:paraId="7F51F459" w14:textId="77777777" w:rsidR="00502E1A" w:rsidRDefault="00502E1A" w:rsidP="00502E1A">
            <w:pPr>
              <w:spacing w:after="40"/>
              <w:rPr>
                <w:sz w:val="28"/>
                <w:szCs w:val="44"/>
              </w:rPr>
            </w:pPr>
          </w:p>
          <w:p w14:paraId="633211A6" w14:textId="77777777" w:rsidR="00502E1A" w:rsidRDefault="00502E1A" w:rsidP="00502E1A">
            <w:pPr>
              <w:spacing w:after="40"/>
              <w:rPr>
                <w:sz w:val="28"/>
                <w:szCs w:val="44"/>
              </w:rPr>
            </w:pPr>
          </w:p>
          <w:p w14:paraId="1D303AB9" w14:textId="77777777" w:rsidR="00502E1A" w:rsidRDefault="00502E1A" w:rsidP="00502E1A">
            <w:pPr>
              <w:spacing w:after="40"/>
              <w:rPr>
                <w:sz w:val="28"/>
                <w:szCs w:val="44"/>
              </w:rPr>
            </w:pPr>
          </w:p>
          <w:p w14:paraId="462E9E7E" w14:textId="77777777" w:rsidR="00502E1A" w:rsidRDefault="00502E1A" w:rsidP="00502E1A">
            <w:pPr>
              <w:spacing w:after="40"/>
              <w:rPr>
                <w:sz w:val="28"/>
                <w:szCs w:val="44"/>
              </w:rPr>
            </w:pPr>
          </w:p>
          <w:p w14:paraId="150BDA6C" w14:textId="77777777" w:rsidR="00502E1A" w:rsidRDefault="00502E1A" w:rsidP="00502E1A">
            <w:pPr>
              <w:spacing w:after="40"/>
              <w:rPr>
                <w:sz w:val="28"/>
                <w:szCs w:val="44"/>
              </w:rPr>
            </w:pPr>
          </w:p>
          <w:p w14:paraId="2C4CA674" w14:textId="77777777" w:rsidR="00502E1A" w:rsidRDefault="00502E1A" w:rsidP="00502E1A">
            <w:pPr>
              <w:spacing w:after="40"/>
              <w:rPr>
                <w:sz w:val="28"/>
                <w:szCs w:val="44"/>
              </w:rPr>
            </w:pPr>
          </w:p>
          <w:p w14:paraId="26709B9E" w14:textId="77777777" w:rsidR="00502E1A" w:rsidRDefault="00502E1A" w:rsidP="00502E1A">
            <w:pPr>
              <w:spacing w:after="40"/>
              <w:rPr>
                <w:sz w:val="28"/>
                <w:szCs w:val="44"/>
              </w:rPr>
            </w:pPr>
          </w:p>
          <w:p w14:paraId="3C227D37" w14:textId="33328756" w:rsidR="00502E1A" w:rsidRPr="00502E1A" w:rsidRDefault="00502E1A" w:rsidP="00502E1A">
            <w:pPr>
              <w:spacing w:after="40"/>
              <w:rPr>
                <w:sz w:val="28"/>
                <w:szCs w:val="44"/>
              </w:rPr>
            </w:pP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🍽️</w:t>
            </w:r>
            <w:r w:rsidRPr="00502E1A">
              <w:rPr>
                <w:rFonts w:ascii="Arial" w:hAnsi="Arial"/>
                <w:sz w:val="28"/>
                <w:szCs w:val="44"/>
              </w:rPr>
              <w:t xml:space="preserve"> </w:t>
            </w:r>
            <w:r>
              <w:rPr>
                <w:rFonts w:ascii="Arial" w:hAnsi="Arial"/>
                <w:sz w:val="28"/>
                <w:szCs w:val="44"/>
              </w:rPr>
              <w:t>19</w:t>
            </w:r>
            <w:r w:rsidRPr="00502E1A">
              <w:rPr>
                <w:rFonts w:ascii="Arial" w:hAnsi="Arial"/>
                <w:sz w:val="28"/>
                <w:szCs w:val="44"/>
              </w:rPr>
              <w:t>:00 –</w:t>
            </w:r>
            <w:r>
              <w:rPr>
                <w:rFonts w:ascii="Arial" w:hAnsi="Arial"/>
                <w:sz w:val="28"/>
                <w:szCs w:val="44"/>
              </w:rPr>
              <w:t xml:space="preserve"> vacsora</w:t>
            </w: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730506" w14:textId="11DC2797" w:rsidR="00A71E48" w:rsidRPr="00C17EC1" w:rsidRDefault="00A71E48" w:rsidP="0011780C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9227A4">
              <w:rPr>
                <w:rFonts w:ascii="Arial" w:hAnsi="Arial"/>
                <w:b/>
                <w:bCs/>
                <w:sz w:val="28"/>
                <w:szCs w:val="44"/>
              </w:rPr>
              <w:lastRenderedPageBreak/>
              <w:t>15:15 – 16:35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DA6C0E">
              <w:rPr>
                <w:rFonts w:ascii="Arial" w:hAnsi="Arial"/>
                <w:b/>
                <w:bCs/>
                <w:sz w:val="28"/>
                <w:szCs w:val="44"/>
              </w:rPr>
              <w:t>VI. Szekció (4 előadó)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15:15: </w:t>
            </w:r>
            <w:proofErr w:type="spellStart"/>
            <w:r w:rsidR="0011780C" w:rsidRPr="00C17EC1">
              <w:rPr>
                <w:rFonts w:ascii="Arial" w:hAnsi="Arial" w:cs="Arial"/>
                <w:color w:val="00B050"/>
                <w:sz w:val="26"/>
                <w:szCs w:val="26"/>
              </w:rPr>
              <w:t>Bácskai</w:t>
            </w:r>
            <w:proofErr w:type="spellEnd"/>
            <w:r w:rsidR="0011780C"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 Károly</w:t>
            </w:r>
          </w:p>
          <w:p w14:paraId="68AD45F4" w14:textId="5C043D73" w:rsidR="00A71E48" w:rsidRPr="00C17EC1" w:rsidRDefault="00A71E48" w:rsidP="0011780C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15:35: </w:t>
            </w:r>
            <w:r w:rsidR="0011780C" w:rsidRPr="00C17EC1">
              <w:rPr>
                <w:rFonts w:ascii="Arial" w:hAnsi="Arial" w:cs="Arial"/>
                <w:color w:val="00B050"/>
                <w:sz w:val="26"/>
                <w:szCs w:val="26"/>
              </w:rPr>
              <w:t>Benke László</w:t>
            </w:r>
            <w:r w:rsidRPr="00C17EC1">
              <w:rPr>
                <w:rFonts w:ascii="Arial" w:hAnsi="Arial"/>
                <w:color w:val="00B050"/>
                <w:sz w:val="26"/>
                <w:szCs w:val="26"/>
              </w:rPr>
              <w:br/>
              <w:t xml:space="preserve">15:55: </w:t>
            </w:r>
            <w:proofErr w:type="spellStart"/>
            <w:r w:rsidR="00AA6B2C" w:rsidRPr="006A6374">
              <w:rPr>
                <w:rFonts w:ascii="Arial" w:hAnsi="Arial"/>
                <w:color w:val="00B050"/>
                <w:sz w:val="26"/>
                <w:szCs w:val="26"/>
              </w:rPr>
              <w:t>Szuromi</w:t>
            </w:r>
            <w:proofErr w:type="spellEnd"/>
            <w:r w:rsidR="00AA6B2C" w:rsidRPr="006A6374">
              <w:rPr>
                <w:rFonts w:ascii="Arial" w:hAnsi="Arial"/>
                <w:color w:val="00B050"/>
                <w:sz w:val="26"/>
                <w:szCs w:val="26"/>
              </w:rPr>
              <w:t xml:space="preserve"> </w:t>
            </w:r>
            <w:proofErr w:type="spellStart"/>
            <w:r w:rsidR="00AA6B2C" w:rsidRPr="006A6374">
              <w:rPr>
                <w:rFonts w:ascii="Arial" w:hAnsi="Arial"/>
                <w:color w:val="00B050"/>
                <w:sz w:val="26"/>
                <w:szCs w:val="26"/>
              </w:rPr>
              <w:t>Sz</w:t>
            </w:r>
            <w:proofErr w:type="spellEnd"/>
            <w:r w:rsidR="00AA6B2C" w:rsidRPr="006A6374">
              <w:rPr>
                <w:rFonts w:ascii="Arial" w:hAnsi="Arial"/>
                <w:color w:val="00B050"/>
                <w:sz w:val="26"/>
                <w:szCs w:val="26"/>
              </w:rPr>
              <w:t>. Anzelm</w:t>
            </w:r>
          </w:p>
          <w:p w14:paraId="71EA4688" w14:textId="29B639AC" w:rsidR="0011780C" w:rsidRPr="00C17EC1" w:rsidRDefault="00A71E48" w:rsidP="0011780C">
            <w:pPr>
              <w:spacing w:after="40"/>
              <w:rPr>
                <w:rFonts w:ascii="Arial" w:hAnsi="Arial"/>
                <w:color w:val="00B050"/>
                <w:sz w:val="26"/>
                <w:szCs w:val="26"/>
              </w:rPr>
            </w:pPr>
            <w:r w:rsidRPr="00C17EC1">
              <w:rPr>
                <w:rFonts w:ascii="Arial" w:hAnsi="Arial"/>
                <w:color w:val="00B050"/>
                <w:sz w:val="26"/>
                <w:szCs w:val="26"/>
              </w:rPr>
              <w:t xml:space="preserve">16:15: </w:t>
            </w:r>
            <w:proofErr w:type="spellStart"/>
            <w:r w:rsidR="0011780C" w:rsidRPr="00C17EC1">
              <w:rPr>
                <w:rFonts w:ascii="Arial" w:hAnsi="Arial" w:cs="Arial"/>
                <w:color w:val="00B050"/>
                <w:sz w:val="26"/>
                <w:szCs w:val="26"/>
              </w:rPr>
              <w:t>Akijama</w:t>
            </w:r>
            <w:proofErr w:type="spellEnd"/>
            <w:r w:rsidR="0011780C" w:rsidRPr="00C17EC1">
              <w:rPr>
                <w:rFonts w:ascii="Arial" w:hAnsi="Arial" w:cs="Arial"/>
                <w:color w:val="00B050"/>
                <w:sz w:val="26"/>
                <w:szCs w:val="26"/>
              </w:rPr>
              <w:t xml:space="preserve"> Manabu, János </w:t>
            </w:r>
          </w:p>
          <w:p w14:paraId="596E8BF9" w14:textId="6141815B" w:rsidR="00A71E48" w:rsidRPr="00502E1A" w:rsidRDefault="00A71E48" w:rsidP="00502E1A">
            <w:pPr>
              <w:spacing w:after="40"/>
              <w:rPr>
                <w:rFonts w:ascii="Apple Color Emoji" w:hAnsi="Apple Color Emoji" w:cs="Apple Color Emoji"/>
                <w:sz w:val="28"/>
                <w:szCs w:val="44"/>
              </w:rPr>
            </w:pP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💬</w:t>
            </w:r>
            <w:r w:rsidRPr="00502E1A">
              <w:rPr>
                <w:rFonts w:ascii="Arial" w:hAnsi="Arial"/>
                <w:sz w:val="28"/>
                <w:szCs w:val="44"/>
              </w:rPr>
              <w:t xml:space="preserve"> 16:35–16:45: Q&amp;A (10p)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502E1A">
              <w:rPr>
                <w:rFonts w:ascii="Apple Color Emoji" w:hAnsi="Apple Color Emoji" w:cs="Apple Color Emoji"/>
                <w:sz w:val="28"/>
                <w:szCs w:val="44"/>
              </w:rPr>
              <w:t>☕</w:t>
            </w:r>
            <w:r w:rsidRPr="00502E1A">
              <w:rPr>
                <w:rFonts w:ascii="Arial" w:hAnsi="Arial"/>
                <w:sz w:val="28"/>
                <w:szCs w:val="44"/>
              </w:rPr>
              <w:t xml:space="preserve"> 16:45–17:00: </w:t>
            </w:r>
            <w:proofErr w:type="spellStart"/>
            <w:r w:rsidRPr="00502E1A">
              <w:rPr>
                <w:rFonts w:ascii="Arial" w:hAnsi="Arial"/>
                <w:sz w:val="28"/>
                <w:szCs w:val="44"/>
              </w:rPr>
              <w:t>Szünet</w:t>
            </w:r>
            <w:proofErr w:type="spellEnd"/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502E1A">
              <w:rPr>
                <w:rFonts w:ascii="Arial" w:hAnsi="Arial"/>
                <w:sz w:val="28"/>
                <w:szCs w:val="44"/>
              </w:rPr>
              <w:br/>
              <w:t>17:00 – 18:30</w:t>
            </w:r>
            <w:r w:rsidRPr="00502E1A">
              <w:rPr>
                <w:rFonts w:ascii="Arial" w:hAnsi="Arial"/>
                <w:sz w:val="28"/>
                <w:szCs w:val="44"/>
              </w:rPr>
              <w:br/>
            </w:r>
            <w:proofErr w:type="spellStart"/>
            <w:r w:rsidRPr="006A6374">
              <w:rPr>
                <w:rFonts w:ascii="Arial" w:hAnsi="Arial"/>
                <w:sz w:val="28"/>
                <w:szCs w:val="44"/>
              </w:rPr>
              <w:t>Kerekasztal</w:t>
            </w:r>
            <w:proofErr w:type="spellEnd"/>
            <w:r w:rsidRPr="006A6374">
              <w:rPr>
                <w:rFonts w:ascii="Arial" w:hAnsi="Arial"/>
                <w:sz w:val="28"/>
                <w:szCs w:val="44"/>
              </w:rPr>
              <w:t xml:space="preserve"> </w:t>
            </w:r>
            <w:proofErr w:type="spellStart"/>
            <w:r w:rsidRPr="006A6374">
              <w:rPr>
                <w:rFonts w:ascii="Arial" w:hAnsi="Arial"/>
                <w:sz w:val="28"/>
                <w:szCs w:val="44"/>
              </w:rPr>
              <w:t>Reflexiók</w:t>
            </w:r>
            <w:proofErr w:type="spellEnd"/>
            <w:r w:rsidRPr="00502E1A">
              <w:rPr>
                <w:rFonts w:ascii="Arial" w:hAnsi="Arial"/>
                <w:sz w:val="28"/>
                <w:szCs w:val="44"/>
              </w:rPr>
              <w:br/>
            </w:r>
          </w:p>
          <w:p w14:paraId="122A8E4F" w14:textId="6FFD102D" w:rsidR="00A71E48" w:rsidRPr="00502E1A" w:rsidRDefault="00A71E48" w:rsidP="00502E1A">
            <w:pPr>
              <w:spacing w:after="40"/>
              <w:rPr>
                <w:sz w:val="28"/>
                <w:szCs w:val="44"/>
              </w:rPr>
            </w:pPr>
            <w:r w:rsidRPr="00F12759">
              <w:rPr>
                <w:rFonts w:ascii="Arial" w:hAnsi="Arial"/>
                <w:color w:val="EE0000"/>
                <w:sz w:val="28"/>
                <w:szCs w:val="44"/>
              </w:rPr>
              <w:t>19:00 – 20:00</w:t>
            </w:r>
            <w:r w:rsidRPr="00F12759">
              <w:rPr>
                <w:rFonts w:ascii="Arial" w:hAnsi="Arial"/>
                <w:color w:val="EE0000"/>
                <w:sz w:val="28"/>
                <w:szCs w:val="44"/>
              </w:rPr>
              <w:br/>
            </w:r>
            <w:proofErr w:type="spellStart"/>
            <w:r w:rsidRPr="00F12759">
              <w:rPr>
                <w:rFonts w:ascii="Arial" w:hAnsi="Arial"/>
                <w:color w:val="EE0000"/>
                <w:sz w:val="28"/>
                <w:szCs w:val="44"/>
              </w:rPr>
              <w:t>Gnilka-díj</w:t>
            </w:r>
            <w:proofErr w:type="spellEnd"/>
            <w:r w:rsidRPr="00F12759">
              <w:rPr>
                <w:rFonts w:ascii="Arial" w:hAnsi="Arial"/>
                <w:color w:val="EE0000"/>
                <w:sz w:val="28"/>
                <w:szCs w:val="44"/>
              </w:rPr>
              <w:t xml:space="preserve"> </w:t>
            </w:r>
            <w:proofErr w:type="spellStart"/>
            <w:r w:rsidRPr="00F12759">
              <w:rPr>
                <w:rFonts w:ascii="Arial" w:hAnsi="Arial"/>
                <w:color w:val="EE0000"/>
                <w:sz w:val="28"/>
                <w:szCs w:val="44"/>
              </w:rPr>
              <w:t>átadás</w:t>
            </w:r>
            <w:r w:rsidR="00AA6B2C">
              <w:rPr>
                <w:rFonts w:ascii="Arial" w:hAnsi="Arial"/>
                <w:color w:val="EE0000"/>
                <w:sz w:val="28"/>
                <w:szCs w:val="44"/>
              </w:rPr>
              <w:t>a</w:t>
            </w:r>
            <w:proofErr w:type="spellEnd"/>
            <w:r w:rsidRPr="00F12759">
              <w:rPr>
                <w:rFonts w:ascii="Arial" w:hAnsi="Arial"/>
                <w:color w:val="EE0000"/>
                <w:sz w:val="28"/>
                <w:szCs w:val="44"/>
              </w:rPr>
              <w:t xml:space="preserve"> </w:t>
            </w:r>
            <w:proofErr w:type="spellStart"/>
            <w:r w:rsidR="00AA6B2C">
              <w:rPr>
                <w:rFonts w:ascii="Arial" w:hAnsi="Arial"/>
                <w:color w:val="EE0000"/>
                <w:sz w:val="28"/>
                <w:szCs w:val="44"/>
              </w:rPr>
              <w:t>és</w:t>
            </w:r>
            <w:proofErr w:type="spellEnd"/>
            <w:r w:rsidRPr="00F12759">
              <w:rPr>
                <w:rFonts w:ascii="Arial" w:hAnsi="Arial"/>
                <w:color w:val="EE0000"/>
                <w:sz w:val="28"/>
                <w:szCs w:val="44"/>
              </w:rPr>
              <w:t xml:space="preserve"> </w:t>
            </w:r>
            <w:proofErr w:type="spellStart"/>
            <w:r w:rsidR="00AA6B2C">
              <w:rPr>
                <w:rFonts w:ascii="Arial" w:hAnsi="Arial"/>
                <w:color w:val="EE0000"/>
                <w:sz w:val="28"/>
                <w:szCs w:val="44"/>
              </w:rPr>
              <w:t>k</w:t>
            </w:r>
            <w:r w:rsidRPr="00F12759">
              <w:rPr>
                <w:rFonts w:ascii="Arial" w:hAnsi="Arial"/>
                <w:color w:val="EE0000"/>
                <w:sz w:val="28"/>
                <w:szCs w:val="44"/>
              </w:rPr>
              <w:t>oncert</w:t>
            </w:r>
            <w:proofErr w:type="spellEnd"/>
            <w:r w:rsidRPr="00502E1A">
              <w:rPr>
                <w:rFonts w:ascii="Arial" w:hAnsi="Arial"/>
                <w:sz w:val="28"/>
                <w:szCs w:val="44"/>
              </w:rPr>
              <w:br/>
            </w:r>
            <w:r w:rsidRPr="00502E1A">
              <w:rPr>
                <w:rFonts w:ascii="Arial" w:hAnsi="Arial"/>
                <w:sz w:val="28"/>
                <w:szCs w:val="44"/>
              </w:rPr>
              <w:lastRenderedPageBreak/>
              <w:br/>
            </w:r>
            <w:r w:rsidRPr="00F12759">
              <w:rPr>
                <w:rFonts w:ascii="Apple Color Emoji" w:hAnsi="Apple Color Emoji" w:cs="Apple Color Emoji"/>
                <w:color w:val="EE0000"/>
                <w:sz w:val="28"/>
                <w:szCs w:val="44"/>
              </w:rPr>
              <w:t>🍽️</w:t>
            </w:r>
            <w:r w:rsidRPr="00F12759">
              <w:rPr>
                <w:rFonts w:ascii="Arial" w:hAnsi="Arial"/>
                <w:color w:val="EE0000"/>
                <w:sz w:val="28"/>
                <w:szCs w:val="44"/>
              </w:rPr>
              <w:t xml:space="preserve"> 20:00 –</w:t>
            </w:r>
            <w:r w:rsidR="00F12759">
              <w:rPr>
                <w:rFonts w:ascii="Arial" w:hAnsi="Arial"/>
                <w:color w:val="EE0000"/>
                <w:sz w:val="28"/>
                <w:szCs w:val="44"/>
              </w:rPr>
              <w:t xml:space="preserve"> </w:t>
            </w:r>
            <w:r w:rsidRPr="00F12759">
              <w:rPr>
                <w:rFonts w:ascii="Arial" w:hAnsi="Arial"/>
                <w:color w:val="EE0000"/>
                <w:sz w:val="28"/>
                <w:szCs w:val="44"/>
              </w:rPr>
              <w:t>Fogadás</w:t>
            </w: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A232B0" w14:textId="1D3A325C" w:rsidR="00A71E48" w:rsidRPr="00502E1A" w:rsidRDefault="00A71E48" w:rsidP="00502E1A">
            <w:pPr>
              <w:spacing w:after="40"/>
              <w:rPr>
                <w:sz w:val="28"/>
                <w:szCs w:val="44"/>
              </w:rPr>
            </w:pPr>
          </w:p>
        </w:tc>
      </w:tr>
      <w:tr w:rsidR="00A71E48" w:rsidRPr="00502E1A" w14:paraId="09F7011F" w14:textId="77777777" w:rsidTr="00A71E48">
        <w:trPr>
          <w:jc w:val="center"/>
        </w:trPr>
        <w:tc>
          <w:tcPr>
            <w:tcW w:w="2115" w:type="dxa"/>
            <w:shd w:val="clear" w:color="auto" w:fill="EDF2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25A0FD" w14:textId="77777777" w:rsidR="00A71E48" w:rsidRPr="00502E1A" w:rsidRDefault="00A71E48" w:rsidP="00502E1A">
            <w:pPr>
              <w:spacing w:after="40"/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9DF67A" w14:textId="41D1F246" w:rsidR="00A71E48" w:rsidRPr="00502E1A" w:rsidRDefault="00A71E48" w:rsidP="00502E1A">
            <w:pPr>
              <w:spacing w:after="40"/>
              <w:rPr>
                <w:rFonts w:ascii="Arial" w:hAnsi="Arial"/>
                <w:sz w:val="28"/>
                <w:szCs w:val="44"/>
              </w:rPr>
            </w:pP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05AE16" w14:textId="77777777" w:rsidR="00A71E48" w:rsidRPr="00502E1A" w:rsidRDefault="00A71E48" w:rsidP="00502E1A">
            <w:pPr>
              <w:spacing w:after="40"/>
              <w:rPr>
                <w:rFonts w:ascii="Arial" w:hAnsi="Arial"/>
                <w:sz w:val="28"/>
                <w:szCs w:val="44"/>
              </w:rPr>
            </w:pPr>
          </w:p>
        </w:tc>
        <w:tc>
          <w:tcPr>
            <w:tcW w:w="43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F4874A" w14:textId="77777777" w:rsidR="00A71E48" w:rsidRPr="00502E1A" w:rsidRDefault="00A71E48" w:rsidP="00502E1A">
            <w:pPr>
              <w:spacing w:after="40"/>
              <w:rPr>
                <w:rFonts w:ascii="Arial" w:hAnsi="Arial"/>
                <w:sz w:val="28"/>
                <w:szCs w:val="44"/>
              </w:rPr>
            </w:pPr>
          </w:p>
        </w:tc>
      </w:tr>
    </w:tbl>
    <w:p w14:paraId="3C643433" w14:textId="77777777" w:rsidR="00CC0933" w:rsidRPr="00502E1A" w:rsidRDefault="00CC0933" w:rsidP="000B32B4">
      <w:pPr>
        <w:rPr>
          <w:sz w:val="32"/>
          <w:szCs w:val="32"/>
        </w:rPr>
      </w:pPr>
    </w:p>
    <w:sectPr w:rsidR="00CC0933" w:rsidRPr="00502E1A" w:rsidSect="00034616">
      <w:pgSz w:w="15840" w:h="12240" w:orient="landscape"/>
      <w:pgMar w:top="504" w:right="504" w:bottom="504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9562523">
    <w:abstractNumId w:val="8"/>
  </w:num>
  <w:num w:numId="2" w16cid:durableId="1555970806">
    <w:abstractNumId w:val="6"/>
  </w:num>
  <w:num w:numId="3" w16cid:durableId="794493572">
    <w:abstractNumId w:val="5"/>
  </w:num>
  <w:num w:numId="4" w16cid:durableId="2066954262">
    <w:abstractNumId w:val="4"/>
  </w:num>
  <w:num w:numId="5" w16cid:durableId="14692383">
    <w:abstractNumId w:val="7"/>
  </w:num>
  <w:num w:numId="6" w16cid:durableId="1122923294">
    <w:abstractNumId w:val="3"/>
  </w:num>
  <w:num w:numId="7" w16cid:durableId="1747917325">
    <w:abstractNumId w:val="2"/>
  </w:num>
  <w:num w:numId="8" w16cid:durableId="1400327303">
    <w:abstractNumId w:val="1"/>
  </w:num>
  <w:num w:numId="9" w16cid:durableId="457140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205"/>
    <w:rsid w:val="00034616"/>
    <w:rsid w:val="0006063C"/>
    <w:rsid w:val="00087D13"/>
    <w:rsid w:val="000B32B4"/>
    <w:rsid w:val="0011780C"/>
    <w:rsid w:val="0015074B"/>
    <w:rsid w:val="00230483"/>
    <w:rsid w:val="0029639D"/>
    <w:rsid w:val="00326F90"/>
    <w:rsid w:val="00384E93"/>
    <w:rsid w:val="004D2B56"/>
    <w:rsid w:val="00502E1A"/>
    <w:rsid w:val="00533597"/>
    <w:rsid w:val="005F475B"/>
    <w:rsid w:val="006A6374"/>
    <w:rsid w:val="007301E6"/>
    <w:rsid w:val="00833035"/>
    <w:rsid w:val="00845507"/>
    <w:rsid w:val="009227A4"/>
    <w:rsid w:val="009A1F1E"/>
    <w:rsid w:val="00A6135B"/>
    <w:rsid w:val="00A71E48"/>
    <w:rsid w:val="00AA1D8D"/>
    <w:rsid w:val="00AA6B2C"/>
    <w:rsid w:val="00AC2396"/>
    <w:rsid w:val="00AC7270"/>
    <w:rsid w:val="00B35AEA"/>
    <w:rsid w:val="00B47730"/>
    <w:rsid w:val="00B62CD4"/>
    <w:rsid w:val="00BF5093"/>
    <w:rsid w:val="00C17EC1"/>
    <w:rsid w:val="00CB0664"/>
    <w:rsid w:val="00CC0933"/>
    <w:rsid w:val="00D47C29"/>
    <w:rsid w:val="00DA6C0E"/>
    <w:rsid w:val="00DF7DC7"/>
    <w:rsid w:val="00E33F66"/>
    <w:rsid w:val="00E410C4"/>
    <w:rsid w:val="00F127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322CA"/>
  <w14:defaultImageDpi w14:val="300"/>
  <w15:docId w15:val="{6ABEE4A9-F5F7-324A-BD0C-278B6295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Web">
    <w:name w:val="Normal (Web)"/>
    <w:basedOn w:val="Norml"/>
    <w:uiPriority w:val="99"/>
    <w:semiHidden/>
    <w:unhideWhenUsed/>
    <w:rsid w:val="00D47C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363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Macska24</cp:lastModifiedBy>
  <cp:revision>2</cp:revision>
  <dcterms:created xsi:type="dcterms:W3CDTF">2026-07-16T17:52:00Z</dcterms:created>
  <dcterms:modified xsi:type="dcterms:W3CDTF">2026-07-16T17:52:00Z</dcterms:modified>
  <cp:category/>
</cp:coreProperties>
</file>